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câu vật lí 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Phương trình dao động điều hòa của một vật có dạng $x = A \cos(\omega t + \varphi)$. Đại lượng $\varphi$ được gọi là gì?</w:t>
      </w:r>
    </w:p>
    <w:p>
      <w:pPr>
        <w:pStyle w:val="ListParagraph"/>
      </w:pPr>
      <w:r>
        <w:rPr>
          <w:sz w:val="22"/>
        </w:rPr>
        <w:t>A. Biên độ dao động.</w:t>
      </w:r>
    </w:p>
    <w:p>
      <w:pPr>
        <w:pStyle w:val="ListParagraph"/>
      </w:pPr>
      <w:r>
        <w:rPr>
          <w:sz w:val="22"/>
        </w:rPr>
        <w:t>B. Tần số góc.</w:t>
      </w:r>
    </w:p>
    <w:p>
      <w:pPr>
        <w:pStyle w:val="ListParagraph"/>
      </w:pPr>
      <w:r>
        <w:rPr>
          <w:sz w:val="22"/>
        </w:rPr>
        <w:t>C. Pha ban đầu.</w:t>
      </w:r>
    </w:p>
    <w:p>
      <w:pPr>
        <w:pStyle w:val="ListParagraph"/>
      </w:pPr>
      <w:r>
        <w:rPr>
          <w:sz w:val="22"/>
        </w:rPr>
        <w:t>D. Chu kì.</w:t>
      </w:r>
    </w:p>
    <w:p/>
    <w:p>
      <w:r>
        <w:rPr>
          <w:b/>
          <w:sz w:val="24"/>
        </w:rPr>
        <w:t>Câu 2: Trong dao động điều hòa, đại lượng nào sau đây luôn dương?</w:t>
      </w:r>
    </w:p>
    <w:p>
      <w:pPr>
        <w:pStyle w:val="ListParagraph"/>
      </w:pPr>
      <w:r>
        <w:rPr>
          <w:sz w:val="22"/>
        </w:rPr>
        <w:t>A. Li độ $x$.</w:t>
      </w:r>
    </w:p>
    <w:p>
      <w:pPr>
        <w:pStyle w:val="ListParagraph"/>
      </w:pPr>
      <w:r>
        <w:rPr>
          <w:sz w:val="22"/>
        </w:rPr>
        <w:t>B. Vận tốc $v$.</w:t>
      </w:r>
    </w:p>
    <w:p>
      <w:pPr>
        <w:pStyle w:val="ListParagraph"/>
      </w:pPr>
      <w:r>
        <w:rPr>
          <w:sz w:val="22"/>
        </w:rPr>
        <w:t>C. Gia tốc $a$.</w:t>
      </w:r>
    </w:p>
    <w:p>
      <w:pPr>
        <w:pStyle w:val="ListParagraph"/>
      </w:pPr>
      <w:r>
        <w:rPr>
          <w:sz w:val="22"/>
        </w:rPr>
        <w:t>D. Biên độ $A$.</w:t>
      </w:r>
    </w:p>
    <w:p/>
    <w:p>
      <w:r>
        <w:rPr>
          <w:b/>
          <w:sz w:val="24"/>
        </w:rPr>
        <w:t>Câu 3: Một vật dao động điều hòa có phương trình $x = 5\cos(4\pi t + \pi/3)$ cm. Biên độ và tần số góc của dao động là</w:t>
      </w:r>
    </w:p>
    <w:p>
      <w:pPr>
        <w:pStyle w:val="ListParagraph"/>
      </w:pPr>
      <w:r>
        <w:rPr>
          <w:sz w:val="22"/>
        </w:rPr>
        <w:t>A. $A = 5$ cm, $\omega = 4\pi$ rad/s.</w:t>
      </w:r>
    </w:p>
    <w:p>
      <w:pPr>
        <w:pStyle w:val="ListParagraph"/>
      </w:pPr>
      <w:r>
        <w:rPr>
          <w:sz w:val="22"/>
        </w:rPr>
        <w:t>B. $A = 4\pi$ cm, $\omega = 5$ rad/s.</w:t>
      </w:r>
    </w:p>
    <w:p>
      <w:pPr>
        <w:pStyle w:val="ListParagraph"/>
      </w:pPr>
      <w:r>
        <w:rPr>
          <w:sz w:val="22"/>
        </w:rPr>
        <w:t>C. $A = 5$ cm, $\omega = \pi/3$ rad/s.</w:t>
      </w:r>
    </w:p>
    <w:p>
      <w:pPr>
        <w:pStyle w:val="ListParagraph"/>
      </w:pPr>
      <w:r>
        <w:rPr>
          <w:sz w:val="22"/>
        </w:rPr>
        <w:t>D. $A = \pi/3$ cm, $\omega = 4\pi$ rad/s.</w:t>
      </w:r>
    </w:p>
    <w:p/>
    <w:p>
      <w:r>
        <w:rPr>
          <w:b/>
          <w:sz w:val="24"/>
        </w:rPr>
        <w:t>Câu 4: Chu kì dao động điều hòa được tính bằng công thức nào sau đây?</w:t>
      </w:r>
    </w:p>
    <w:p>
      <w:pPr>
        <w:pStyle w:val="ListParagraph"/>
      </w:pPr>
      <w:r>
        <w:rPr>
          <w:sz w:val="22"/>
        </w:rPr>
        <w:t>A. $T = 2\pi\omega$.</w:t>
      </w:r>
    </w:p>
    <w:p>
      <w:pPr>
        <w:pStyle w:val="ListParagraph"/>
      </w:pPr>
      <w:r>
        <w:rPr>
          <w:sz w:val="22"/>
        </w:rPr>
        <w:t>B. $T = \frac{\omega}{2\pi}$.</w:t>
      </w:r>
    </w:p>
    <w:p>
      <w:pPr>
        <w:pStyle w:val="ListParagraph"/>
      </w:pPr>
      <w:r>
        <w:rPr>
          <w:sz w:val="22"/>
        </w:rPr>
        <w:t>C. $T = \frac{2\pi}{\omega}$.</w:t>
      </w:r>
    </w:p>
    <w:p>
      <w:pPr>
        <w:pStyle w:val="ListParagraph"/>
      </w:pPr>
      <w:r>
        <w:rPr>
          <w:sz w:val="22"/>
        </w:rPr>
        <w:t>D. $T = \frac{1}{2\pi\omega}$.</w:t>
      </w:r>
    </w:p>
    <w:p/>
    <w:p>
      <w:r>
        <w:rPr>
          <w:b/>
          <w:sz w:val="24"/>
        </w:rPr>
        <w:t>Câu 5: Một vật dao động điều hòa với tần số góc $\omega = 10$ rad/s. Chu kì dao động của vật là</w:t>
      </w:r>
    </w:p>
    <w:p>
      <w:pPr>
        <w:pStyle w:val="ListParagraph"/>
      </w:pPr>
      <w:r>
        <w:rPr>
          <w:sz w:val="22"/>
        </w:rPr>
        <w:t>A. $T = 0,2\pi$ s.</w:t>
      </w:r>
    </w:p>
    <w:p>
      <w:pPr>
        <w:pStyle w:val="ListParagraph"/>
      </w:pPr>
      <w:r>
        <w:rPr>
          <w:sz w:val="22"/>
        </w:rPr>
        <w:t>B. $T = 0,2$ s.</w:t>
      </w:r>
    </w:p>
    <w:p>
      <w:pPr>
        <w:pStyle w:val="ListParagraph"/>
      </w:pPr>
      <w:r>
        <w:rPr>
          <w:sz w:val="22"/>
        </w:rPr>
        <w:t>C. $T = 10\pi$ s.</w:t>
      </w:r>
    </w:p>
    <w:p>
      <w:pPr>
        <w:pStyle w:val="ListParagraph"/>
      </w:pPr>
      <w:r>
        <w:rPr>
          <w:sz w:val="22"/>
        </w:rPr>
        <w:t>D. $T = 5\pi$ s.</w:t>
      </w:r>
    </w:p>
    <w:p/>
    <w:p>
      <w:r>
        <w:rPr>
          <w:b/>
          <w:sz w:val="24"/>
        </w:rPr>
        <w:t>Câu 6: Một vật dao động điều hòa theo phương trình $x = 8\cos(2\pi t - \pi/2)$ cm. Tại thời điểm $t = 0$, li độ của vật là</w:t>
      </w:r>
    </w:p>
    <w:p>
      <w:pPr>
        <w:pStyle w:val="ListParagraph"/>
      </w:pPr>
      <w:r>
        <w:rPr>
          <w:sz w:val="22"/>
        </w:rPr>
        <w:t>A. 8 cm.</w:t>
      </w:r>
    </w:p>
    <w:p>
      <w:pPr>
        <w:pStyle w:val="ListParagraph"/>
      </w:pPr>
      <w:r>
        <w:rPr>
          <w:sz w:val="22"/>
        </w:rPr>
        <w:t>B. 0 cm.</w:t>
      </w:r>
    </w:p>
    <w:p>
      <w:pPr>
        <w:pStyle w:val="ListParagraph"/>
      </w:pPr>
      <w:r>
        <w:rPr>
          <w:sz w:val="22"/>
        </w:rPr>
        <w:t>C. -8 cm.</w:t>
      </w:r>
    </w:p>
    <w:p>
      <w:pPr>
        <w:pStyle w:val="ListParagraph"/>
      </w:pPr>
      <w:r>
        <w:rPr>
          <w:sz w:val="22"/>
        </w:rPr>
        <w:t>D. 4 cm.</w:t>
      </w:r>
    </w:p>
    <w:p/>
    <w:p>
      <w:r>
        <w:rPr>
          <w:b/>
          <w:sz w:val="24"/>
        </w:rPr>
        <w:t>Câu 7: Độ lệch pha giữa hai dao động điều hòa cùng phương, cùng tần số $x_1 = A_1\cos(\omega t + \varphi_1)$ và $x_2 = A_2\cos(\omega t + \varphi_2)$ được xác định bởi</w:t>
      </w:r>
    </w:p>
    <w:p>
      <w:pPr>
        <w:pStyle w:val="ListParagraph"/>
      </w:pPr>
      <w:r>
        <w:rPr>
          <w:sz w:val="22"/>
        </w:rPr>
        <w:t>A. $\Delta\varphi = \varphi_1 - \varphi_2$.</w:t>
      </w:r>
    </w:p>
    <w:p>
      <w:pPr>
        <w:pStyle w:val="ListParagraph"/>
      </w:pPr>
      <w:r>
        <w:rPr>
          <w:sz w:val="22"/>
        </w:rPr>
        <w:t>B. $\Delta\varphi = \varphi_1 + \varphi_2$.</w:t>
      </w:r>
    </w:p>
    <w:p>
      <w:pPr>
        <w:pStyle w:val="ListParagraph"/>
      </w:pPr>
      <w:r>
        <w:rPr>
          <w:sz w:val="22"/>
        </w:rPr>
        <w:t>C. $\Delta\varphi = \omega t + \varphi_1 - \varphi_2$.</w:t>
      </w:r>
    </w:p>
    <w:p>
      <w:pPr>
        <w:pStyle w:val="ListParagraph"/>
      </w:pPr>
      <w:r>
        <w:rPr>
          <w:sz w:val="22"/>
        </w:rPr>
        <w:t>D. $\Delta\varphi = \frac{\varphi_2}{\varphi_1}$.</w:t>
      </w:r>
    </w:p>
    <w:p/>
    <w:p>
      <w:r>
        <w:rPr>
          <w:b/>
          <w:sz w:val="24"/>
        </w:rPr>
        <w:t>Câu 8: Hai dao động điều hòa cùng phương, cùng tần số được gọi là cùng pha nếu</w:t>
      </w:r>
    </w:p>
    <w:p>
      <w:pPr>
        <w:pStyle w:val="ListParagraph"/>
      </w:pPr>
      <w:r>
        <w:rPr>
          <w:sz w:val="22"/>
        </w:rPr>
        <w:t>A. $\Delta\varphi = 0$ hoặc $\Delta\varphi = 2k\pi$.</w:t>
      </w:r>
    </w:p>
    <w:p>
      <w:pPr>
        <w:pStyle w:val="ListParagraph"/>
      </w:pPr>
      <w:r>
        <w:rPr>
          <w:sz w:val="22"/>
        </w:rPr>
        <w:t>B. $\Delta\varphi = \frac{\pi}{2}$.</w:t>
      </w:r>
    </w:p>
    <w:p>
      <w:pPr>
        <w:pStyle w:val="ListParagraph"/>
      </w:pPr>
      <w:r>
        <w:rPr>
          <w:sz w:val="22"/>
        </w:rPr>
        <w:t>C. $\Delta\varphi = \pi$.</w:t>
      </w:r>
    </w:p>
    <w:p>
      <w:pPr>
        <w:pStyle w:val="ListParagraph"/>
      </w:pPr>
      <w:r>
        <w:rPr>
          <w:sz w:val="22"/>
        </w:rPr>
        <w:t>D. $\Delta\varphi = (2k+1)\pi$.</w:t>
      </w:r>
    </w:p>
    <w:p/>
    <w:p>
      <w:r>
        <w:rPr>
          <w:b/>
          <w:sz w:val="24"/>
        </w:rPr>
        <w:t>Câu 9: Trong dao động điều hòa, vận tốc của vật</w:t>
      </w:r>
    </w:p>
    <w:p>
      <w:pPr>
        <w:pStyle w:val="ListParagraph"/>
      </w:pPr>
      <w:r>
        <w:rPr>
          <w:sz w:val="22"/>
        </w:rPr>
        <w:t>A. luôn cùng pha với li độ.</w:t>
      </w:r>
    </w:p>
    <w:p>
      <w:pPr>
        <w:pStyle w:val="ListParagraph"/>
      </w:pPr>
      <w:r>
        <w:rPr>
          <w:sz w:val="22"/>
        </w:rPr>
        <w:t>B. sớm pha $\frac{\pi}{2}$ so với li độ.</w:t>
      </w:r>
    </w:p>
    <w:p>
      <w:pPr>
        <w:pStyle w:val="ListParagraph"/>
      </w:pPr>
      <w:r>
        <w:rPr>
          <w:sz w:val="22"/>
        </w:rPr>
        <w:t>C. trễ pha $\frac{\pi}{2}$ so với li độ.</w:t>
      </w:r>
    </w:p>
    <w:p>
      <w:pPr>
        <w:pStyle w:val="ListParagraph"/>
      </w:pPr>
      <w:r>
        <w:rPr>
          <w:sz w:val="22"/>
        </w:rPr>
        <w:t>D. ngược pha với li độ.</w:t>
      </w:r>
    </w:p>
    <w:p/>
    <w:p>
      <w:r>
        <w:rPr>
          <w:b/>
          <w:sz w:val="24"/>
        </w:rPr>
        <w:t>Câu 10: Trong dao động điều hòa, gia tốc của vật</w:t>
      </w:r>
    </w:p>
    <w:p>
      <w:pPr>
        <w:pStyle w:val="ListParagraph"/>
      </w:pPr>
      <w:r>
        <w:rPr>
          <w:sz w:val="22"/>
        </w:rPr>
        <w:t>A. luôn cùng pha với li độ.</w:t>
      </w:r>
    </w:p>
    <w:p>
      <w:pPr>
        <w:pStyle w:val="ListParagraph"/>
      </w:pPr>
      <w:r>
        <w:rPr>
          <w:sz w:val="22"/>
        </w:rPr>
        <w:t>B. sớm pha $\frac{\pi}{2}$ so với vận tốc.</w:t>
      </w:r>
    </w:p>
    <w:p>
      <w:pPr>
        <w:pStyle w:val="ListParagraph"/>
      </w:pPr>
      <w:r>
        <w:rPr>
          <w:sz w:val="22"/>
        </w:rPr>
        <w:t>C. ngược pha với li độ.</w:t>
      </w:r>
    </w:p>
    <w:p>
      <w:pPr>
        <w:pStyle w:val="ListParagraph"/>
      </w:pPr>
      <w:r>
        <w:rPr>
          <w:sz w:val="22"/>
        </w:rPr>
        <w:t>D. Cả B và C đều đúng.</w:t>
      </w:r>
    </w:p>
    <w:p/>
    <w:p>
      <w:r>
        <w:rPr>
          <w:b/>
          <w:sz w:val="24"/>
        </w:rPr>
        <w:t>Câu 11: Công thức liên hệ giữa li độ $x$, vận tốc $v$ và biên độ $A$ trong dao động điều hòa là</w:t>
      </w:r>
    </w:p>
    <w:p>
      <w:pPr>
        <w:pStyle w:val="ListParagraph"/>
      </w:pPr>
      <w:r>
        <w:rPr>
          <w:sz w:val="22"/>
        </w:rPr>
        <w:t>A. $A^2 = x^2 + \frac{v^2}{\omega^2}$.</w:t>
      </w:r>
    </w:p>
    <w:p>
      <w:pPr>
        <w:pStyle w:val="ListParagraph"/>
      </w:pPr>
      <w:r>
        <w:rPr>
          <w:sz w:val="22"/>
        </w:rPr>
        <w:t>B. $A^2 = x^2 - \frac{v^2}{\omega^2}$.</w:t>
      </w:r>
    </w:p>
    <w:p>
      <w:pPr>
        <w:pStyle w:val="ListParagraph"/>
      </w:pPr>
      <w:r>
        <w:rPr>
          <w:sz w:val="22"/>
        </w:rPr>
        <w:t>C. $A^2 = x^2 + v^2\omega^2$.</w:t>
      </w:r>
    </w:p>
    <w:p>
      <w:pPr>
        <w:pStyle w:val="ListParagraph"/>
      </w:pPr>
      <w:r>
        <w:rPr>
          <w:sz w:val="22"/>
        </w:rPr>
        <w:t>D. $A^2 = x^2 - v^2\omega^2$.</w:t>
      </w:r>
    </w:p>
    <w:p/>
    <w:p>
      <w:r>
        <w:rPr>
          <w:b/>
          <w:sz w:val="24"/>
        </w:rPr>
        <w:t>Câu 12: Một vật dao động điều hòa có phương trình $x = 4\cos(5t)$ cm. Vận tốc cực đại của vật là</w:t>
      </w:r>
    </w:p>
    <w:p>
      <w:pPr>
        <w:pStyle w:val="ListParagraph"/>
      </w:pPr>
      <w:r>
        <w:rPr>
          <w:sz w:val="22"/>
        </w:rPr>
        <w:t>A. 20 cm/s.</w:t>
      </w:r>
    </w:p>
    <w:p>
      <w:pPr>
        <w:pStyle w:val="ListParagraph"/>
      </w:pPr>
      <w:r>
        <w:rPr>
          <w:sz w:val="22"/>
        </w:rPr>
        <w:t>B. 5 cm/s.</w:t>
      </w:r>
    </w:p>
    <w:p>
      <w:pPr>
        <w:pStyle w:val="ListParagraph"/>
      </w:pPr>
      <w:r>
        <w:rPr>
          <w:sz w:val="22"/>
        </w:rPr>
        <w:t>C. 4 cm/s.</w:t>
      </w:r>
    </w:p>
    <w:p>
      <w:pPr>
        <w:pStyle w:val="ListParagraph"/>
      </w:pPr>
      <w:r>
        <w:rPr>
          <w:sz w:val="22"/>
        </w:rPr>
        <w:t>D. 10 cm/s.</w:t>
      </w:r>
    </w:p>
    <w:p/>
    <w:p>
      <w:r>
        <w:rPr>
          <w:b/>
          <w:sz w:val="24"/>
        </w:rPr>
        <w:t>Câu 13: Một vật dao động điều hòa có phương trình $x = 6\cos(2t + \pi/3)$ cm. Gia tốc cực đại của vật là</w:t>
      </w:r>
    </w:p>
    <w:p>
      <w:pPr>
        <w:pStyle w:val="ListParagraph"/>
      </w:pPr>
      <w:r>
        <w:rPr>
          <w:sz w:val="22"/>
        </w:rPr>
        <w:t>A. 12 cm/s$^2$.</w:t>
      </w:r>
    </w:p>
    <w:p>
      <w:pPr>
        <w:pStyle w:val="ListParagraph"/>
      </w:pPr>
      <w:r>
        <w:rPr>
          <w:sz w:val="22"/>
        </w:rPr>
        <w:t>B. 24 cm/s$^2$.</w:t>
      </w:r>
    </w:p>
    <w:p>
      <w:pPr>
        <w:pStyle w:val="ListParagraph"/>
      </w:pPr>
      <w:r>
        <w:rPr>
          <w:sz w:val="22"/>
        </w:rPr>
        <w:t>C. 6 cm/s$^2$.</w:t>
      </w:r>
    </w:p>
    <w:p>
      <w:pPr>
        <w:pStyle w:val="ListParagraph"/>
      </w:pPr>
      <w:r>
        <w:rPr>
          <w:sz w:val="22"/>
        </w:rPr>
        <w:t>D. 36 cm/s$^2$.</w:t>
      </w:r>
    </w:p>
    <w:p/>
    <w:p>
      <w:r>
        <w:rPr>
          <w:b/>
          <w:sz w:val="24"/>
        </w:rPr>
        <w:t>Câu 14: Tại vị trí cân bằng của vật dao động điều hòa</w:t>
      </w:r>
    </w:p>
    <w:p>
      <w:pPr>
        <w:pStyle w:val="ListParagraph"/>
      </w:pPr>
      <w:r>
        <w:rPr>
          <w:sz w:val="22"/>
        </w:rPr>
        <w:t>A. li độ cực đại, vận tốc bằng 0.</w:t>
      </w:r>
    </w:p>
    <w:p>
      <w:pPr>
        <w:pStyle w:val="ListParagraph"/>
      </w:pPr>
      <w:r>
        <w:rPr>
          <w:sz w:val="22"/>
        </w:rPr>
        <w:t>B. li độ bằng 0, vận tốc cực đại.</w:t>
      </w:r>
    </w:p>
    <w:p>
      <w:pPr>
        <w:pStyle w:val="ListParagraph"/>
      </w:pPr>
      <w:r>
        <w:rPr>
          <w:sz w:val="22"/>
        </w:rPr>
        <w:t>C. gia tốc cực đại, vận tốc bằng 0.</w:t>
      </w:r>
    </w:p>
    <w:p>
      <w:pPr>
        <w:pStyle w:val="ListParagraph"/>
      </w:pPr>
      <w:r>
        <w:rPr>
          <w:sz w:val="22"/>
        </w:rPr>
        <w:t>D. li độ bằng 0, gia tốc cực đại.</w:t>
      </w:r>
    </w:p>
    <w:p/>
    <w:p>
      <w:r>
        <w:rPr>
          <w:b/>
          <w:sz w:val="24"/>
        </w:rPr>
        <w:t>Câu 15: Tại vị trí biên của vật dao động điều hòa</w:t>
      </w:r>
    </w:p>
    <w:p>
      <w:pPr>
        <w:pStyle w:val="ListParagraph"/>
      </w:pPr>
      <w:r>
        <w:rPr>
          <w:sz w:val="22"/>
        </w:rPr>
        <w:t>A. vận tốc cực đại, gia tốc bằng 0.</w:t>
      </w:r>
    </w:p>
    <w:p>
      <w:pPr>
        <w:pStyle w:val="ListParagraph"/>
      </w:pPr>
      <w:r>
        <w:rPr>
          <w:sz w:val="22"/>
        </w:rPr>
        <w:t>B. vận tốc bằng 0, gia tốc cực đại.</w:t>
      </w:r>
    </w:p>
    <w:p>
      <w:pPr>
        <w:pStyle w:val="ListParagraph"/>
      </w:pPr>
      <w:r>
        <w:rPr>
          <w:sz w:val="22"/>
        </w:rPr>
        <w:t>C. li độ bằng 0, vận tốc cực đại.</w:t>
      </w:r>
    </w:p>
    <w:p>
      <w:pPr>
        <w:pStyle w:val="ListParagraph"/>
      </w:pPr>
      <w:r>
        <w:rPr>
          <w:sz w:val="22"/>
        </w:rPr>
        <w:t>D. li độ cực đại, gia tốc bằng 0.</w:t>
      </w:r>
    </w:p>
    <w:p/>
    <w:p>
      <w:r>
        <w:rPr>
          <w:b/>
          <w:sz w:val="24"/>
        </w:rPr>
        <w:t>Câu 16: Một vật dao động điều hòa với biên độ $A = 10$ cm, tần số góc $\omega = 4$ rad/s. Khi vật có li độ $x = 6$ cm, tốc độ của vật là</w:t>
      </w:r>
    </w:p>
    <w:p>
      <w:pPr>
        <w:pStyle w:val="ListParagraph"/>
      </w:pPr>
      <w:r>
        <w:rPr>
          <w:sz w:val="22"/>
        </w:rPr>
        <w:t>A. 16 cm/s.</w:t>
      </w:r>
    </w:p>
    <w:p>
      <w:pPr>
        <w:pStyle w:val="ListParagraph"/>
      </w:pPr>
      <w:r>
        <w:rPr>
          <w:sz w:val="22"/>
        </w:rPr>
        <w:t>B. 32 cm/s.</w:t>
      </w:r>
    </w:p>
    <w:p>
      <w:pPr>
        <w:pStyle w:val="ListParagraph"/>
      </w:pPr>
      <w:r>
        <w:rPr>
          <w:sz w:val="22"/>
        </w:rPr>
        <w:t>C. 24 cm/s.</w:t>
      </w:r>
    </w:p>
    <w:p>
      <w:pPr>
        <w:pStyle w:val="ListParagraph"/>
      </w:pPr>
      <w:r>
        <w:rPr>
          <w:sz w:val="22"/>
        </w:rPr>
        <w:t>D. 40 cm/s.</w:t>
      </w:r>
    </w:p>
    <w:p/>
    <w:p>
      <w:r>
        <w:rPr>
          <w:b/>
          <w:sz w:val="24"/>
        </w:rPr>
        <w:t>Câu 17: Phương trình vận tốc của vật dao động điều hòa $x = A\cos(\omega t + \varphi)$ là</w:t>
      </w:r>
    </w:p>
    <w:p>
      <w:pPr>
        <w:pStyle w:val="ListParagraph"/>
      </w:pPr>
      <w:r>
        <w:rPr>
          <w:sz w:val="22"/>
        </w:rPr>
        <w:t>A. $v = -\omega A\sin(\omega t + \varphi)$.</w:t>
      </w:r>
    </w:p>
    <w:p>
      <w:pPr>
        <w:pStyle w:val="ListParagraph"/>
      </w:pPr>
      <w:r>
        <w:rPr>
          <w:sz w:val="22"/>
        </w:rPr>
        <w:t>B. $v = \omega A\sin(\omega t + \varphi)$.</w:t>
      </w:r>
    </w:p>
    <w:p>
      <w:pPr>
        <w:pStyle w:val="ListParagraph"/>
      </w:pPr>
      <w:r>
        <w:rPr>
          <w:sz w:val="22"/>
        </w:rPr>
        <w:t>C. $v = -\omega A\cos(\omega t + \varphi)$.</w:t>
      </w:r>
    </w:p>
    <w:p>
      <w:pPr>
        <w:pStyle w:val="ListParagraph"/>
      </w:pPr>
      <w:r>
        <w:rPr>
          <w:sz w:val="22"/>
        </w:rPr>
        <w:t>D. $v = \omega A\cos(\omega t + \varphi)$.</w:t>
      </w:r>
    </w:p>
    <w:p/>
    <w:p>
      <w:r>
        <w:rPr>
          <w:b/>
          <w:sz w:val="24"/>
        </w:rPr>
        <w:t>Câu 18: Phương trình gia tốc của vật dao động điều hòa $x = A\cos(\omega t + \varphi)$ là</w:t>
      </w:r>
    </w:p>
    <w:p>
      <w:pPr>
        <w:pStyle w:val="ListParagraph"/>
      </w:pPr>
      <w:r>
        <w:rPr>
          <w:sz w:val="22"/>
        </w:rPr>
        <w:t>A. $a = -\omega^2 A\cos(\omega t + \varphi)$.</w:t>
      </w:r>
    </w:p>
    <w:p>
      <w:pPr>
        <w:pStyle w:val="ListParagraph"/>
      </w:pPr>
      <w:r>
        <w:rPr>
          <w:sz w:val="22"/>
        </w:rPr>
        <w:t>B. $a = \omega^2 A\cos(\omega t + \varphi)$.</w:t>
      </w:r>
    </w:p>
    <w:p>
      <w:pPr>
        <w:pStyle w:val="ListParagraph"/>
      </w:pPr>
      <w:r>
        <w:rPr>
          <w:sz w:val="22"/>
        </w:rPr>
        <w:t>C. $a = -\omega A\sin(\omega t + \varphi)$.</w:t>
      </w:r>
    </w:p>
    <w:p>
      <w:pPr>
        <w:pStyle w:val="ListParagraph"/>
      </w:pPr>
      <w:r>
        <w:rPr>
          <w:sz w:val="22"/>
        </w:rPr>
        <w:t>D. $a = \omega A\sin(\omega t + \varphi)$.</w:t>
      </w:r>
    </w:p>
    <w:p/>
    <w:p>
      <w:r>
        <w:rPr>
          <w:b/>
          <w:sz w:val="24"/>
        </w:rPr>
        <w:t>Câu 19: Đồ thị li độ - thời gian của một dao động điều hòa là một</w:t>
      </w:r>
    </w:p>
    <w:p>
      <w:pPr>
        <w:pStyle w:val="ListParagraph"/>
      </w:pPr>
      <w:r>
        <w:rPr>
          <w:sz w:val="22"/>
        </w:rPr>
        <w:t>A. đường thẳng.</w:t>
      </w:r>
    </w:p>
    <w:p>
      <w:pPr>
        <w:pStyle w:val="ListParagraph"/>
      </w:pPr>
      <w:r>
        <w:rPr>
          <w:sz w:val="22"/>
        </w:rPr>
        <w:t>B. đường parabol.</w:t>
      </w:r>
    </w:p>
    <w:p>
      <w:pPr>
        <w:pStyle w:val="ListParagraph"/>
      </w:pPr>
      <w:r>
        <w:rPr>
          <w:sz w:val="22"/>
        </w:rPr>
        <w:t>C. đường hình sin.</w:t>
      </w:r>
    </w:p>
    <w:p>
      <w:pPr>
        <w:pStyle w:val="ListParagraph"/>
      </w:pPr>
      <w:r>
        <w:rPr>
          <w:sz w:val="22"/>
        </w:rPr>
        <w:t>D. đường tròn.</w:t>
      </w:r>
    </w:p>
    <w:p/>
    <w:p>
      <w:r>
        <w:rPr>
          <w:b/>
          <w:sz w:val="24"/>
        </w:rPr>
        <w:t>Câu 20: Một vật dao động điều hòa có đồ thị li độ theo thời gian là đường hình sin với biên độ 3 cm, chu kì 0,4 s. Tần số góc của dao động là</w:t>
      </w:r>
    </w:p>
    <w:p>
      <w:pPr>
        <w:pStyle w:val="ListParagraph"/>
      </w:pPr>
      <w:r>
        <w:rPr>
          <w:sz w:val="22"/>
        </w:rPr>
        <w:t>A. $5\pi$ rad/s.</w:t>
      </w:r>
    </w:p>
    <w:p>
      <w:pPr>
        <w:pStyle w:val="ListParagraph"/>
      </w:pPr>
      <w:r>
        <w:rPr>
          <w:sz w:val="22"/>
        </w:rPr>
        <w:t>B. $2,5\pi$ rad/s.</w:t>
      </w:r>
    </w:p>
    <w:p>
      <w:pPr>
        <w:pStyle w:val="ListParagraph"/>
      </w:pPr>
      <w:r>
        <w:rPr>
          <w:sz w:val="22"/>
        </w:rPr>
        <w:t>C. $0,8\pi$ rad/s.</w:t>
      </w:r>
    </w:p>
    <w:p>
      <w:pPr>
        <w:pStyle w:val="ListParagraph"/>
      </w:pPr>
      <w:r>
        <w:rPr>
          <w:sz w:val="22"/>
        </w:rPr>
        <w:t>D. $5$ rad/s.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