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Ôn tập kiến thức chuyên đề 1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Số nguyên tố nhỏ nhất là số nào?</w:t>
      </w:r>
    </w:p>
    <w:p>
      <w:pPr>
        <w:pStyle w:val="ListParagraph"/>
      </w:pPr>
      <w:r>
        <w:rPr>
          <w:sz w:val="22"/>
        </w:rPr>
        <w:t>A. 0</w:t>
      </w:r>
    </w:p>
    <w:p>
      <w:pPr>
        <w:pStyle w:val="ListParagraph"/>
      </w:pPr>
      <w:r>
        <w:rPr>
          <w:sz w:val="22"/>
        </w:rPr>
        <w:t>B. 1</w:t>
      </w:r>
    </w:p>
    <w:p>
      <w:pPr>
        <w:pStyle w:val="ListParagraph"/>
      </w:pPr>
      <w:r>
        <w:rPr>
          <w:sz w:val="22"/>
        </w:rPr>
        <w:t>C. 2</w:t>
      </w:r>
    </w:p>
    <w:p>
      <w:pPr>
        <w:pStyle w:val="ListParagraph"/>
      </w:pPr>
      <w:r>
        <w:rPr>
          <w:sz w:val="22"/>
        </w:rPr>
        <w:t>D. 3</w:t>
      </w:r>
    </w:p>
    <w:p/>
    <w:p>
      <w:r>
        <w:rPr>
          <w:b/>
          <w:sz w:val="24"/>
        </w:rPr>
        <w:t>Câu 2: Công thức tính diện tích hình tròn là gì?</w:t>
      </w:r>
    </w:p>
    <w:p>
      <w:pPr>
        <w:pStyle w:val="ListParagraph"/>
      </w:pPr>
      <w:r>
        <w:rPr>
          <w:sz w:val="22"/>
        </w:rPr>
        <w:t>A. $S = 2\pi r$</w:t>
      </w:r>
    </w:p>
    <w:p>
      <w:pPr>
        <w:pStyle w:val="ListParagraph"/>
      </w:pPr>
      <w:r>
        <w:rPr>
          <w:sz w:val="22"/>
        </w:rPr>
        <w:t>B. $S = \pi r^2$</w:t>
      </w:r>
    </w:p>
    <w:p>
      <w:pPr>
        <w:pStyle w:val="ListParagraph"/>
      </w:pPr>
      <w:r>
        <w:rPr>
          <w:sz w:val="22"/>
        </w:rPr>
        <w:t>C. $S = \pi d$</w:t>
      </w:r>
    </w:p>
    <w:p>
      <w:pPr>
        <w:pStyle w:val="ListParagraph"/>
      </w:pPr>
      <w:r>
        <w:rPr>
          <w:sz w:val="22"/>
        </w:rPr>
        <w:t>D. $S = 2\pi r^2$</w:t>
      </w:r>
    </w:p>
    <w:p/>
    <w:p>
      <w:r>
        <w:rPr>
          <w:b/>
          <w:sz w:val="24"/>
        </w:rPr>
        <w:t>Câu 3: Đơn vị đo cường độ dòng điện trong hệ SI là gì?</w:t>
      </w:r>
    </w:p>
    <w:p>
      <w:pPr>
        <w:pStyle w:val="ListParagraph"/>
      </w:pPr>
      <w:r>
        <w:rPr>
          <w:sz w:val="22"/>
        </w:rPr>
        <w:t>A. Vôn</w:t>
      </w:r>
    </w:p>
    <w:p>
      <w:pPr>
        <w:pStyle w:val="ListParagraph"/>
      </w:pPr>
      <w:r>
        <w:rPr>
          <w:sz w:val="22"/>
        </w:rPr>
        <w:t>B. Ampe</w:t>
      </w:r>
    </w:p>
    <w:p>
      <w:pPr>
        <w:pStyle w:val="ListParagraph"/>
      </w:pPr>
      <w:r>
        <w:rPr>
          <w:sz w:val="22"/>
        </w:rPr>
        <w:t>C. Oát</w:t>
      </w:r>
    </w:p>
    <w:p>
      <w:pPr>
        <w:pStyle w:val="ListParagraph"/>
      </w:pPr>
      <w:r>
        <w:rPr>
          <w:sz w:val="22"/>
        </w:rPr>
        <w:t>D. Ôm</w:t>
      </w:r>
    </w:p>
    <w:p/>
    <w:p>
      <w:r>
        <w:rPr>
          <w:b/>
          <w:sz w:val="24"/>
        </w:rPr>
        <w:t>Câu 4: Hành tinh nào lớn nhất trong Hệ Mặt Trời?</w:t>
      </w:r>
    </w:p>
    <w:p>
      <w:pPr>
        <w:pStyle w:val="ListParagraph"/>
      </w:pPr>
      <w:r>
        <w:rPr>
          <w:sz w:val="22"/>
        </w:rPr>
        <w:t>A. Trái Đất</w:t>
      </w:r>
    </w:p>
    <w:p>
      <w:pPr>
        <w:pStyle w:val="ListParagraph"/>
      </w:pPr>
      <w:r>
        <w:rPr>
          <w:sz w:val="22"/>
        </w:rPr>
        <w:t>B. Sao Hỏa</w:t>
      </w:r>
    </w:p>
    <w:p>
      <w:pPr>
        <w:pStyle w:val="ListParagraph"/>
      </w:pPr>
      <w:r>
        <w:rPr>
          <w:sz w:val="22"/>
        </w:rPr>
        <w:t>C. Sao Mộc</w:t>
      </w:r>
    </w:p>
    <w:p>
      <w:pPr>
        <w:pStyle w:val="ListParagraph"/>
      </w:pPr>
      <w:r>
        <w:rPr>
          <w:sz w:val="22"/>
        </w:rPr>
        <w:t>D. Sao Thổ</w:t>
      </w:r>
    </w:p>
    <w:p/>
    <w:p>
      <w:r>
        <w:rPr>
          <w:b/>
          <w:sz w:val="24"/>
        </w:rPr>
        <w:t>Câu 5: Công thức hóa học của nước là gì?</w:t>
      </w:r>
    </w:p>
    <w:p>
      <w:pPr>
        <w:pStyle w:val="ListParagraph"/>
      </w:pPr>
      <w:r>
        <w:rPr>
          <w:sz w:val="22"/>
        </w:rPr>
        <w:t>A. CO2</w:t>
      </w:r>
    </w:p>
    <w:p>
      <w:pPr>
        <w:pStyle w:val="ListParagraph"/>
      </w:pPr>
      <w:r>
        <w:rPr>
          <w:sz w:val="22"/>
        </w:rPr>
        <w:t>B. H2O</w:t>
      </w:r>
    </w:p>
    <w:p>
      <w:pPr>
        <w:pStyle w:val="ListParagraph"/>
      </w:pPr>
      <w:r>
        <w:rPr>
          <w:sz w:val="22"/>
        </w:rPr>
        <w:t>C. O2</w:t>
      </w:r>
    </w:p>
    <w:p>
      <w:pPr>
        <w:pStyle w:val="ListParagraph"/>
      </w:pPr>
      <w:r>
        <w:rPr>
          <w:sz w:val="22"/>
        </w:rPr>
        <w:t>D. NaCl</w:t>
      </w:r>
    </w:p>
    <w:p/>
    <w:p>
      <w:r>
        <w:rPr>
          <w:b/>
          <w:sz w:val="24"/>
        </w:rPr>
        <w:t>Câu 6: Quốc gia nào có diện tích lớn nhất thế giới?</w:t>
      </w:r>
    </w:p>
    <w:p>
      <w:pPr>
        <w:pStyle w:val="ListParagraph"/>
      </w:pPr>
      <w:r>
        <w:rPr>
          <w:sz w:val="22"/>
        </w:rPr>
        <w:t>A. Trung Quốc</w:t>
      </w:r>
    </w:p>
    <w:p>
      <w:pPr>
        <w:pStyle w:val="ListParagraph"/>
      </w:pPr>
      <w:r>
        <w:rPr>
          <w:sz w:val="22"/>
        </w:rPr>
        <w:t>B. Hoa Kỳ</w:t>
      </w:r>
    </w:p>
    <w:p>
      <w:pPr>
        <w:pStyle w:val="ListParagraph"/>
      </w:pPr>
      <w:r>
        <w:rPr>
          <w:sz w:val="22"/>
        </w:rPr>
        <w:t>C. Nga</w:t>
      </w:r>
    </w:p>
    <w:p>
      <w:pPr>
        <w:pStyle w:val="ListParagraph"/>
      </w:pPr>
      <w:r>
        <w:rPr>
          <w:sz w:val="22"/>
        </w:rPr>
        <w:t>D. Canada</w:t>
      </w:r>
    </w:p>
    <w:p/>
    <w:p>
      <w:r>
        <w:rPr>
          <w:b/>
          <w:sz w:val="24"/>
        </w:rPr>
        <w:t>Câu 7: Tác giả của Truyện Kiều là ai?</w:t>
      </w:r>
    </w:p>
    <w:p>
      <w:pPr>
        <w:pStyle w:val="ListParagraph"/>
      </w:pPr>
      <w:r>
        <w:rPr>
          <w:sz w:val="22"/>
        </w:rPr>
        <w:t>A. Nguyễn Du</w:t>
      </w:r>
    </w:p>
    <w:p>
      <w:pPr>
        <w:pStyle w:val="ListParagraph"/>
      </w:pPr>
      <w:r>
        <w:rPr>
          <w:sz w:val="22"/>
        </w:rPr>
        <w:t>B. Nguyễn Trãi</w:t>
      </w:r>
    </w:p>
    <w:p>
      <w:pPr>
        <w:pStyle w:val="ListParagraph"/>
      </w:pPr>
      <w:r>
        <w:rPr>
          <w:sz w:val="22"/>
        </w:rPr>
        <w:t>C. Hồ Xuân Hương</w:t>
      </w:r>
    </w:p>
    <w:p>
      <w:pPr>
        <w:pStyle w:val="ListParagraph"/>
      </w:pPr>
      <w:r>
        <w:rPr>
          <w:sz w:val="22"/>
        </w:rPr>
        <w:t>D. Cao Bá Quát</w:t>
      </w:r>
    </w:p>
    <w:p/>
    <w:p>
      <w:r>
        <w:rPr>
          <w:b/>
          <w:sz w:val="24"/>
        </w:rPr>
        <w:t>Câu 8: Chiến thắng Điện Biên Phủ diễn ra vào năm nào?</w:t>
      </w:r>
    </w:p>
    <w:p>
      <w:pPr>
        <w:pStyle w:val="ListParagraph"/>
      </w:pPr>
      <w:r>
        <w:rPr>
          <w:sz w:val="22"/>
        </w:rPr>
        <w:t>A. 1945</w:t>
      </w:r>
    </w:p>
    <w:p>
      <w:pPr>
        <w:pStyle w:val="ListParagraph"/>
      </w:pPr>
      <w:r>
        <w:rPr>
          <w:sz w:val="22"/>
        </w:rPr>
        <w:t>B. 1954</w:t>
      </w:r>
    </w:p>
    <w:p>
      <w:pPr>
        <w:pStyle w:val="ListParagraph"/>
      </w:pPr>
      <w:r>
        <w:rPr>
          <w:sz w:val="22"/>
        </w:rPr>
        <w:t>C. 1968</w:t>
      </w:r>
    </w:p>
    <w:p>
      <w:pPr>
        <w:pStyle w:val="ListParagraph"/>
      </w:pPr>
      <w:r>
        <w:rPr>
          <w:sz w:val="22"/>
        </w:rPr>
        <w:t>D. 1975</w:t>
      </w:r>
    </w:p>
    <w:p/>
    <w:p>
      <w:r>
        <w:rPr>
          <w:b/>
          <w:sz w:val="24"/>
        </w:rPr>
        <w:t>Câu 9: Định lý Pythagore trong tam giác vuông được phát biểu là gì?</w:t>
      </w:r>
    </w:p>
    <w:p>
      <w:pPr>
        <w:pStyle w:val="ListParagraph"/>
      </w:pPr>
      <w:r>
        <w:rPr>
          <w:sz w:val="22"/>
        </w:rPr>
        <w:t>A. $a^2 + b^2 = c^2$</w:t>
      </w:r>
    </w:p>
    <w:p>
      <w:pPr>
        <w:pStyle w:val="ListParagraph"/>
      </w:pPr>
      <w:r>
        <w:rPr>
          <w:sz w:val="22"/>
        </w:rPr>
        <w:t>B. $a + b = c$</w:t>
      </w:r>
    </w:p>
    <w:p>
      <w:pPr>
        <w:pStyle w:val="ListParagraph"/>
      </w:pPr>
      <w:r>
        <w:rPr>
          <w:sz w:val="22"/>
        </w:rPr>
        <w:t>C. $a^2 - b^2 = c^2$</w:t>
      </w:r>
    </w:p>
    <w:p>
      <w:pPr>
        <w:pStyle w:val="ListParagraph"/>
      </w:pPr>
      <w:r>
        <w:rPr>
          <w:sz w:val="22"/>
        </w:rPr>
        <w:t>D. $a^2 + b^2 = 2c^2$</w:t>
      </w:r>
    </w:p>
    <w:p/>
    <w:p>
      <w:r>
        <w:rPr>
          <w:b/>
          <w:sz w:val="24"/>
        </w:rPr>
        <w:t>Câu 10: Đơn vị đo lực trong hệ SI là gì?</w:t>
      </w:r>
    </w:p>
    <w:p>
      <w:pPr>
        <w:pStyle w:val="ListParagraph"/>
      </w:pPr>
      <w:r>
        <w:rPr>
          <w:sz w:val="22"/>
        </w:rPr>
        <w:t>A. Jun</w:t>
      </w:r>
    </w:p>
    <w:p>
      <w:pPr>
        <w:pStyle w:val="ListParagraph"/>
      </w:pPr>
      <w:r>
        <w:rPr>
          <w:sz w:val="22"/>
        </w:rPr>
        <w:t>B. Newton</w:t>
      </w:r>
    </w:p>
    <w:p>
      <w:pPr>
        <w:pStyle w:val="ListParagraph"/>
      </w:pPr>
      <w:r>
        <w:rPr>
          <w:sz w:val="22"/>
        </w:rPr>
        <w:t>C. Paxcan</w:t>
      </w:r>
    </w:p>
    <w:p>
      <w:pPr>
        <w:pStyle w:val="ListParagraph"/>
      </w:pPr>
      <w:r>
        <w:rPr>
          <w:sz w:val="22"/>
        </w:rPr>
        <w:t>D. Watt</w:t>
      </w:r>
    </w:p>
    <w:p/>
    <w:p>
      <w:r>
        <w:rPr>
          <w:b/>
          <w:sz w:val="24"/>
        </w:rPr>
        <w:t>Câu 11: Cơ quan nào bơm máu đi khắp cơ thể?</w:t>
      </w:r>
    </w:p>
    <w:p>
      <w:pPr>
        <w:pStyle w:val="ListParagraph"/>
      </w:pPr>
      <w:r>
        <w:rPr>
          <w:sz w:val="22"/>
        </w:rPr>
        <w:t>A. Phổi</w:t>
      </w:r>
    </w:p>
    <w:p>
      <w:pPr>
        <w:pStyle w:val="ListParagraph"/>
      </w:pPr>
      <w:r>
        <w:rPr>
          <w:sz w:val="22"/>
        </w:rPr>
        <w:t>B. Gan</w:t>
      </w:r>
    </w:p>
    <w:p>
      <w:pPr>
        <w:pStyle w:val="ListParagraph"/>
      </w:pPr>
      <w:r>
        <w:rPr>
          <w:sz w:val="22"/>
        </w:rPr>
        <w:t>C. Tim</w:t>
      </w:r>
    </w:p>
    <w:p>
      <w:pPr>
        <w:pStyle w:val="ListParagraph"/>
      </w:pPr>
      <w:r>
        <w:rPr>
          <w:sz w:val="22"/>
        </w:rPr>
        <w:t>D. Thận</w:t>
      </w:r>
    </w:p>
    <w:p/>
    <w:p>
      <w:r>
        <w:rPr>
          <w:b/>
          <w:sz w:val="24"/>
        </w:rPr>
        <w:t>Câu 12: Kim loại nào dẫn điện tốt nhất?</w:t>
      </w:r>
    </w:p>
    <w:p>
      <w:pPr>
        <w:pStyle w:val="ListParagraph"/>
      </w:pPr>
      <w:r>
        <w:rPr>
          <w:sz w:val="22"/>
        </w:rPr>
        <w:t>A. Đồng</w:t>
      </w:r>
    </w:p>
    <w:p>
      <w:pPr>
        <w:pStyle w:val="ListParagraph"/>
      </w:pPr>
      <w:r>
        <w:rPr>
          <w:sz w:val="22"/>
        </w:rPr>
        <w:t>B. Bạc</w:t>
      </w:r>
    </w:p>
    <w:p>
      <w:pPr>
        <w:pStyle w:val="ListParagraph"/>
      </w:pPr>
      <w:r>
        <w:rPr>
          <w:sz w:val="22"/>
        </w:rPr>
        <w:t>C. Vàng</w:t>
      </w:r>
    </w:p>
    <w:p>
      <w:pPr>
        <w:pStyle w:val="ListParagraph"/>
      </w:pPr>
      <w:r>
        <w:rPr>
          <w:sz w:val="22"/>
        </w:rPr>
        <w:t>D. Nhôm</w:t>
      </w:r>
    </w:p>
    <w:p/>
    <w:p>
      <w:r>
        <w:rPr>
          <w:b/>
          <w:sz w:val="24"/>
        </w:rPr>
        <w:t>Câu 13: Số 9 được viết bằng chữ số La Mã là gì?</w:t>
      </w:r>
    </w:p>
    <w:p>
      <w:pPr>
        <w:pStyle w:val="ListParagraph"/>
      </w:pPr>
      <w:r>
        <w:rPr>
          <w:sz w:val="22"/>
        </w:rPr>
        <w:t>A. VII</w:t>
      </w:r>
    </w:p>
    <w:p>
      <w:pPr>
        <w:pStyle w:val="ListParagraph"/>
      </w:pPr>
      <w:r>
        <w:rPr>
          <w:sz w:val="22"/>
        </w:rPr>
        <w:t>B. VIII</w:t>
      </w:r>
    </w:p>
    <w:p>
      <w:pPr>
        <w:pStyle w:val="ListParagraph"/>
      </w:pPr>
      <w:r>
        <w:rPr>
          <w:sz w:val="22"/>
        </w:rPr>
        <w:t>C. IX</w:t>
      </w:r>
    </w:p>
    <w:p>
      <w:pPr>
        <w:pStyle w:val="ListParagraph"/>
      </w:pPr>
      <w:r>
        <w:rPr>
          <w:sz w:val="22"/>
        </w:rPr>
        <w:t>D. XI</w:t>
      </w:r>
    </w:p>
    <w:p/>
    <w:p>
      <w:r>
        <w:rPr>
          <w:b/>
          <w:sz w:val="24"/>
        </w:rPr>
        <w:t>Câu 14: Hành tinh nào gần Mặt Trời nhất?</w:t>
      </w:r>
    </w:p>
    <w:p>
      <w:pPr>
        <w:pStyle w:val="ListParagraph"/>
      </w:pPr>
      <w:r>
        <w:rPr>
          <w:sz w:val="22"/>
        </w:rPr>
        <w:t>A. Sao Thủy</w:t>
      </w:r>
    </w:p>
    <w:p>
      <w:pPr>
        <w:pStyle w:val="ListParagraph"/>
      </w:pPr>
      <w:r>
        <w:rPr>
          <w:sz w:val="22"/>
        </w:rPr>
        <w:t>B. Sao Kim</w:t>
      </w:r>
    </w:p>
    <w:p>
      <w:pPr>
        <w:pStyle w:val="ListParagraph"/>
      </w:pPr>
      <w:r>
        <w:rPr>
          <w:sz w:val="22"/>
        </w:rPr>
        <w:t>C. Trái Đất</w:t>
      </w:r>
    </w:p>
    <w:p>
      <w:pPr>
        <w:pStyle w:val="ListParagraph"/>
      </w:pPr>
      <w:r>
        <w:rPr>
          <w:sz w:val="22"/>
        </w:rPr>
        <w:t>D. Sao Hỏa</w:t>
      </w:r>
    </w:p>
    <w:p/>
    <w:p>
      <w:r>
        <w:rPr>
          <w:b/>
          <w:sz w:val="24"/>
        </w:rPr>
        <w:t>Câu 15: Tác phẩm “Tắt đèn” là của tác giả nào?</w:t>
      </w:r>
    </w:p>
    <w:p>
      <w:pPr>
        <w:pStyle w:val="ListParagraph"/>
      </w:pPr>
      <w:r>
        <w:rPr>
          <w:sz w:val="22"/>
        </w:rPr>
        <w:t>A. Nam Cao</w:t>
      </w:r>
    </w:p>
    <w:p>
      <w:pPr>
        <w:pStyle w:val="ListParagraph"/>
      </w:pPr>
      <w:r>
        <w:rPr>
          <w:sz w:val="22"/>
        </w:rPr>
        <w:t>B. Ngô Tất Tố</w:t>
      </w:r>
    </w:p>
    <w:p>
      <w:pPr>
        <w:pStyle w:val="ListParagraph"/>
      </w:pPr>
      <w:r>
        <w:rPr>
          <w:sz w:val="22"/>
        </w:rPr>
        <w:t>C. Vũ Trọng Phụng</w:t>
      </w:r>
    </w:p>
    <w:p>
      <w:pPr>
        <w:pStyle w:val="ListParagraph"/>
      </w:pPr>
      <w:r>
        <w:rPr>
          <w:sz w:val="22"/>
        </w:rPr>
        <w:t>D. Nguyên Hồng</w:t>
      </w:r>
    </w:p>
    <w:p/>
    <w:p>
      <w:r>
        <w:rPr>
          <w:b/>
          <w:sz w:val="24"/>
        </w:rPr>
        <w:t>Câu 16: Ngày Quốc tế Lao động là ngày nào?</w:t>
      </w:r>
    </w:p>
    <w:p>
      <w:pPr>
        <w:pStyle w:val="ListParagraph"/>
      </w:pPr>
      <w:r>
        <w:rPr>
          <w:sz w:val="22"/>
        </w:rPr>
        <w:t>A. 1/5</w:t>
      </w:r>
    </w:p>
    <w:p>
      <w:pPr>
        <w:pStyle w:val="ListParagraph"/>
      </w:pPr>
      <w:r>
        <w:rPr>
          <w:sz w:val="22"/>
        </w:rPr>
        <w:t>B. 8/3</w:t>
      </w:r>
    </w:p>
    <w:p>
      <w:pPr>
        <w:pStyle w:val="ListParagraph"/>
      </w:pPr>
      <w:r>
        <w:rPr>
          <w:sz w:val="22"/>
        </w:rPr>
        <w:t>C. 20/11</w:t>
      </w:r>
    </w:p>
    <w:p>
      <w:pPr>
        <w:pStyle w:val="ListParagraph"/>
      </w:pPr>
      <w:r>
        <w:rPr>
          <w:sz w:val="22"/>
        </w:rPr>
        <w:t>D. 2/9</w:t>
      </w:r>
    </w:p>
    <w:p/>
    <w:p>
      <w:r>
        <w:rPr>
          <w:b/>
          <w:sz w:val="24"/>
        </w:rPr>
        <w:t>Câu 17: Virus gây bệnh COVID-19 có tên là gì?</w:t>
      </w:r>
    </w:p>
    <w:p>
      <w:pPr>
        <w:pStyle w:val="ListParagraph"/>
      </w:pPr>
      <w:r>
        <w:rPr>
          <w:sz w:val="22"/>
        </w:rPr>
        <w:t>A. HIV</w:t>
      </w:r>
    </w:p>
    <w:p>
      <w:pPr>
        <w:pStyle w:val="ListParagraph"/>
      </w:pPr>
      <w:r>
        <w:rPr>
          <w:sz w:val="22"/>
        </w:rPr>
        <w:t>B. SARS-CoV-2</w:t>
      </w:r>
    </w:p>
    <w:p>
      <w:pPr>
        <w:pStyle w:val="ListParagraph"/>
      </w:pPr>
      <w:r>
        <w:rPr>
          <w:sz w:val="22"/>
        </w:rPr>
        <w:t>C. Ebola</w:t>
      </w:r>
    </w:p>
    <w:p>
      <w:pPr>
        <w:pStyle w:val="ListParagraph"/>
      </w:pPr>
      <w:r>
        <w:rPr>
          <w:sz w:val="22"/>
        </w:rPr>
        <w:t>D. Zika</w:t>
      </w:r>
    </w:p>
    <w:p/>
    <w:p>
      <w:r>
        <w:rPr>
          <w:b/>
          <w:sz w:val="24"/>
        </w:rPr>
        <w:t>Câu 18: Trong bảng tuần hoàn, ký hiệu Na là nguyên tố nào?</w:t>
      </w:r>
    </w:p>
    <w:p>
      <w:pPr>
        <w:pStyle w:val="ListParagraph"/>
      </w:pPr>
      <w:r>
        <w:rPr>
          <w:sz w:val="22"/>
        </w:rPr>
        <w:t>A. Natri</w:t>
      </w:r>
    </w:p>
    <w:p>
      <w:pPr>
        <w:pStyle w:val="ListParagraph"/>
      </w:pPr>
      <w:r>
        <w:rPr>
          <w:sz w:val="22"/>
        </w:rPr>
        <w:t>B. Kali</w:t>
      </w:r>
    </w:p>
    <w:p>
      <w:pPr>
        <w:pStyle w:val="ListParagraph"/>
      </w:pPr>
      <w:r>
        <w:rPr>
          <w:sz w:val="22"/>
        </w:rPr>
        <w:t>C. Canxi</w:t>
      </w:r>
    </w:p>
    <w:p>
      <w:pPr>
        <w:pStyle w:val="ListParagraph"/>
      </w:pPr>
      <w:r>
        <w:rPr>
          <w:sz w:val="22"/>
        </w:rPr>
        <w:t>D. Magie</w:t>
      </w:r>
    </w:p>
    <w:p/>
    <w:p>
      <w:r>
        <w:rPr>
          <w:b/>
          <w:sz w:val="24"/>
        </w:rPr>
        <w:t>Câu 19: Sông nào chảy qua thủ đô Hà Nội?</w:t>
      </w:r>
    </w:p>
    <w:p>
      <w:pPr>
        <w:pStyle w:val="ListParagraph"/>
      </w:pPr>
      <w:r>
        <w:rPr>
          <w:sz w:val="22"/>
        </w:rPr>
        <w:t>A. Sông Hồng</w:t>
      </w:r>
    </w:p>
    <w:p>
      <w:pPr>
        <w:pStyle w:val="ListParagraph"/>
      </w:pPr>
      <w:r>
        <w:rPr>
          <w:sz w:val="22"/>
        </w:rPr>
        <w:t>B. Sông Mã</w:t>
      </w:r>
    </w:p>
    <w:p>
      <w:pPr>
        <w:pStyle w:val="ListParagraph"/>
      </w:pPr>
      <w:r>
        <w:rPr>
          <w:sz w:val="22"/>
        </w:rPr>
        <w:t>C. Sông Đồng Nai</w:t>
      </w:r>
    </w:p>
    <w:p>
      <w:pPr>
        <w:pStyle w:val="ListParagraph"/>
      </w:pPr>
      <w:r>
        <w:rPr>
          <w:sz w:val="22"/>
        </w:rPr>
        <w:t>D. Sông Cửu Long</w:t>
      </w:r>
    </w:p>
    <w:p/>
    <w:p>
      <w:r>
        <w:rPr>
          <w:b/>
          <w:sz w:val="24"/>
        </w:rPr>
        <w:t>Câu 20: Ai được ghi nhận là người phát minh bóng đèn sợi đốt thương mại?</w:t>
      </w:r>
    </w:p>
    <w:p>
      <w:pPr>
        <w:pStyle w:val="ListParagraph"/>
      </w:pPr>
      <w:r>
        <w:rPr>
          <w:sz w:val="22"/>
        </w:rPr>
        <w:t>A. Thomas Edison</w:t>
      </w:r>
    </w:p>
    <w:p>
      <w:pPr>
        <w:pStyle w:val="ListParagraph"/>
      </w:pPr>
      <w:r>
        <w:rPr>
          <w:sz w:val="22"/>
        </w:rPr>
        <w:t>B. Nikola Tesla</w:t>
      </w:r>
    </w:p>
    <w:p>
      <w:pPr>
        <w:pStyle w:val="ListParagraph"/>
      </w:pPr>
      <w:r>
        <w:rPr>
          <w:sz w:val="22"/>
        </w:rPr>
        <w:t>C. Alexander Graham Bell</w:t>
      </w:r>
    </w:p>
    <w:p>
      <w:pPr>
        <w:pStyle w:val="ListParagraph"/>
      </w:pPr>
      <w:r>
        <w:rPr>
          <w:sz w:val="22"/>
        </w:rPr>
        <w:t>D. James Watt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C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