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Đơn vị đo của băng thông là gì?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Đơn vị đo của băng thông là gì?</w:t>
      </w:r>
    </w:p>
    <w:p>
      <w:pPr>
        <w:pStyle w:val="ListParagraph"/>
      </w:pPr>
      <w:r>
        <w:rPr>
          <w:sz w:val="22"/>
        </w:rPr>
        <w:t>A. Bit</w:t>
      </w:r>
    </w:p>
    <w:p>
      <w:pPr>
        <w:pStyle w:val="ListParagraph"/>
      </w:pPr>
      <w:r>
        <w:rPr>
          <w:sz w:val="22"/>
        </w:rPr>
        <w:t>B. Byte</w:t>
      </w:r>
    </w:p>
    <w:p>
      <w:pPr>
        <w:pStyle w:val="ListParagraph"/>
      </w:pPr>
      <w:r>
        <w:rPr>
          <w:sz w:val="22"/>
        </w:rPr>
        <w:t>C. Mbps</w:t>
      </w:r>
    </w:p>
    <w:p>
      <w:pPr>
        <w:pStyle w:val="ListParagraph"/>
      </w:pPr>
      <w:r>
        <w:rPr>
          <w:sz w:val="22"/>
        </w:rPr>
        <w:t>D. GHz</w:t>
      </w:r>
    </w:p>
    <w:p/>
    <w:p>
      <w:r>
        <w:rPr>
          <w:b/>
          <w:sz w:val="24"/>
        </w:rPr>
        <w:t>Câu 2: e-Government là gì?</w:t>
      </w:r>
    </w:p>
    <w:p>
      <w:pPr>
        <w:pStyle w:val="ListParagraph"/>
      </w:pPr>
      <w:r>
        <w:rPr>
          <w:sz w:val="22"/>
        </w:rPr>
        <w:t>A. Chính phủ điện tử</w:t>
      </w:r>
    </w:p>
    <w:p>
      <w:pPr>
        <w:pStyle w:val="ListParagraph"/>
      </w:pPr>
      <w:r>
        <w:rPr>
          <w:sz w:val="22"/>
        </w:rPr>
        <w:t>B. Giáo dục trực tuyến</w:t>
      </w:r>
    </w:p>
    <w:p>
      <w:pPr>
        <w:pStyle w:val="ListParagraph"/>
      </w:pPr>
      <w:r>
        <w:rPr>
          <w:sz w:val="22"/>
        </w:rPr>
        <w:t>C. Thương mại điện tử</w:t>
      </w:r>
    </w:p>
    <w:p>
      <w:pPr>
        <w:pStyle w:val="ListParagraph"/>
      </w:pPr>
      <w:r>
        <w:rPr>
          <w:sz w:val="22"/>
        </w:rPr>
        <w:t>D. Hội nghị trực tuyến</w:t>
      </w:r>
    </w:p>
    <w:p/>
    <w:p>
      <w:r>
        <w:rPr>
          <w:b/>
          <w:sz w:val="24"/>
        </w:rPr>
        <w:t>Câu 3: Electronic Mail là gì?</w:t>
      </w:r>
    </w:p>
    <w:p>
      <w:pPr>
        <w:pStyle w:val="ListParagraph"/>
      </w:pPr>
      <w:r>
        <w:rPr>
          <w:sz w:val="22"/>
        </w:rPr>
        <w:t>A. Thư điện tử</w:t>
      </w:r>
    </w:p>
    <w:p>
      <w:pPr>
        <w:pStyle w:val="ListParagraph"/>
      </w:pPr>
      <w:r>
        <w:rPr>
          <w:sz w:val="22"/>
        </w:rPr>
        <w:t>B. Giáo dục trực tuyến</w:t>
      </w:r>
    </w:p>
    <w:p>
      <w:pPr>
        <w:pStyle w:val="ListParagraph"/>
      </w:pPr>
      <w:r>
        <w:rPr>
          <w:sz w:val="22"/>
        </w:rPr>
        <w:t>C. Thương mại điện tử</w:t>
      </w:r>
    </w:p>
    <w:p>
      <w:pPr>
        <w:pStyle w:val="ListParagraph"/>
      </w:pPr>
      <w:r>
        <w:rPr>
          <w:sz w:val="22"/>
        </w:rPr>
        <w:t>D. Hội nghị trực tuyến</w:t>
      </w:r>
    </w:p>
    <w:p/>
    <w:p>
      <w:r>
        <w:rPr>
          <w:b/>
          <w:sz w:val="24"/>
        </w:rPr>
        <w:t>Câu 4: Tin nhắn tức thời viết tắt là gì?</w:t>
      </w:r>
    </w:p>
    <w:p>
      <w:pPr>
        <w:pStyle w:val="ListParagraph"/>
      </w:pPr>
      <w:r>
        <w:rPr>
          <w:sz w:val="22"/>
        </w:rPr>
        <w:t>A. IM</w:t>
      </w:r>
    </w:p>
    <w:p>
      <w:pPr>
        <w:pStyle w:val="ListParagraph"/>
      </w:pPr>
      <w:r>
        <w:rPr>
          <w:sz w:val="22"/>
        </w:rPr>
        <w:t>B. SMS</w:t>
      </w:r>
    </w:p>
    <w:p>
      <w:pPr>
        <w:pStyle w:val="ListParagraph"/>
      </w:pPr>
      <w:r>
        <w:rPr>
          <w:sz w:val="22"/>
        </w:rPr>
        <w:t>C. VoIP</w:t>
      </w:r>
    </w:p>
    <w:p>
      <w:pPr>
        <w:pStyle w:val="ListParagraph"/>
      </w:pPr>
      <w:r>
        <w:rPr>
          <w:sz w:val="22"/>
        </w:rPr>
        <w:t>D. TCP/IP</w:t>
      </w:r>
    </w:p>
    <w:p/>
    <w:p>
      <w:r>
        <w:rPr>
          <w:b/>
          <w:sz w:val="24"/>
        </w:rPr>
        <w:t>Câu 5: Loại dịch vụ nào sau đây là dịch vụ tin nhắn ngắn?</w:t>
      </w:r>
    </w:p>
    <w:p>
      <w:pPr>
        <w:pStyle w:val="ListParagraph"/>
      </w:pPr>
      <w:r>
        <w:rPr>
          <w:sz w:val="22"/>
        </w:rPr>
        <w:t>A. IM</w:t>
      </w:r>
    </w:p>
    <w:p>
      <w:pPr>
        <w:pStyle w:val="ListParagraph"/>
      </w:pPr>
      <w:r>
        <w:rPr>
          <w:sz w:val="22"/>
        </w:rPr>
        <w:t>B. SMS</w:t>
      </w:r>
    </w:p>
    <w:p>
      <w:pPr>
        <w:pStyle w:val="ListParagraph"/>
      </w:pPr>
      <w:r>
        <w:rPr>
          <w:sz w:val="22"/>
        </w:rPr>
        <w:t>C. VoIP</w:t>
      </w:r>
    </w:p>
    <w:p>
      <w:pPr>
        <w:pStyle w:val="ListParagraph"/>
      </w:pPr>
      <w:r>
        <w:rPr>
          <w:sz w:val="22"/>
        </w:rPr>
        <w:t>D. E-Mail</w:t>
      </w:r>
    </w:p>
    <w:p/>
    <w:p>
      <w:r>
        <w:rPr>
          <w:b/>
          <w:sz w:val="24"/>
        </w:rPr>
        <w:t>Câu 6: Firewall là gì?</w:t>
      </w:r>
    </w:p>
    <w:p>
      <w:pPr>
        <w:pStyle w:val="ListParagraph"/>
      </w:pPr>
      <w:r>
        <w:rPr>
          <w:sz w:val="22"/>
        </w:rPr>
        <w:t>A. Tường lửa</w:t>
      </w:r>
    </w:p>
    <w:p>
      <w:pPr>
        <w:pStyle w:val="ListParagraph"/>
      </w:pPr>
      <w:r>
        <w:rPr>
          <w:sz w:val="22"/>
        </w:rPr>
        <w:t>B. Mạng riêng ảo</w:t>
      </w:r>
    </w:p>
    <w:p>
      <w:pPr>
        <w:pStyle w:val="ListParagraph"/>
      </w:pPr>
      <w:r>
        <w:rPr>
          <w:sz w:val="22"/>
        </w:rPr>
        <w:t>C. Mạng LAN</w:t>
      </w:r>
    </w:p>
    <w:p>
      <w:pPr>
        <w:pStyle w:val="ListParagraph"/>
      </w:pPr>
      <w:r>
        <w:rPr>
          <w:sz w:val="22"/>
        </w:rPr>
        <w:t>D. Diệt virus</w:t>
      </w:r>
    </w:p>
    <w:p/>
    <w:p>
      <w:r>
        <w:rPr>
          <w:b/>
          <w:sz w:val="24"/>
        </w:rPr>
        <w:t>Câu 7: Loại nào sau đây KHÔNG là phần mềm độc hại?</w:t>
      </w:r>
    </w:p>
    <w:p>
      <w:pPr>
        <w:pStyle w:val="ListParagraph"/>
      </w:pPr>
      <w:r>
        <w:rPr>
          <w:sz w:val="22"/>
        </w:rPr>
        <w:t>A. Autorun</w:t>
      </w:r>
    </w:p>
    <w:p>
      <w:pPr>
        <w:pStyle w:val="ListParagraph"/>
      </w:pPr>
      <w:r>
        <w:rPr>
          <w:sz w:val="22"/>
        </w:rPr>
        <w:t>B. Trojan Horse</w:t>
      </w:r>
    </w:p>
    <w:p>
      <w:pPr>
        <w:pStyle w:val="ListParagraph"/>
      </w:pPr>
      <w:r>
        <w:rPr>
          <w:sz w:val="22"/>
        </w:rPr>
        <w:t>C. Spyware</w:t>
      </w:r>
    </w:p>
    <w:p>
      <w:pPr>
        <w:pStyle w:val="ListParagraph"/>
      </w:pPr>
      <w:r>
        <w:rPr>
          <w:sz w:val="22"/>
        </w:rPr>
        <w:t>D. PopUp</w:t>
      </w:r>
    </w:p>
    <w:p/>
    <w:p>
      <w:r>
        <w:rPr>
          <w:b/>
          <w:sz w:val="24"/>
        </w:rPr>
        <w:t>Câu 8: Kiểu mật khẩu nào sau đây là kiểu mật khẩu an toàn?</w:t>
      </w:r>
    </w:p>
    <w:p>
      <w:pPr>
        <w:pStyle w:val="ListParagraph"/>
      </w:pPr>
      <w:r>
        <w:rPr>
          <w:sz w:val="22"/>
        </w:rPr>
        <w:t>A. Kết hợp chữ số và chữ in thường</w:t>
      </w:r>
    </w:p>
    <w:p>
      <w:pPr>
        <w:pStyle w:val="ListParagraph"/>
      </w:pPr>
      <w:r>
        <w:rPr>
          <w:sz w:val="22"/>
        </w:rPr>
        <w:t>B. Kết hợp chữ số, chữ in thường và chữ in hoa</w:t>
      </w:r>
    </w:p>
    <w:p>
      <w:pPr>
        <w:pStyle w:val="ListParagraph"/>
      </w:pPr>
      <w:r>
        <w:rPr>
          <w:sz w:val="22"/>
        </w:rPr>
        <w:t>C. Kết hợp chữ số, chữ in thường, in hoa và ký tự đặc biệt</w:t>
      </w:r>
    </w:p>
    <w:p>
      <w:pPr>
        <w:pStyle w:val="ListParagraph"/>
      </w:pPr>
      <w:r>
        <w:rPr>
          <w:sz w:val="22"/>
        </w:rPr>
        <w:t>D. Kết hợp chữ số, chữ in hoa và ký tự đặc biệt</w:t>
      </w:r>
    </w:p>
    <w:p/>
    <w:p>
      <w:r>
        <w:rPr>
          <w:b/>
          <w:sz w:val="24"/>
        </w:rPr>
        <w:t>Câu 9: Dữ liệu trên thiết bị nào sau đây sẽ bị mất khi mất điện?</w:t>
      </w:r>
    </w:p>
    <w:p>
      <w:pPr>
        <w:pStyle w:val="ListParagraph"/>
      </w:pPr>
      <w:r>
        <w:rPr>
          <w:sz w:val="22"/>
        </w:rPr>
        <w:t>A. RAM</w:t>
      </w:r>
    </w:p>
    <w:p>
      <w:pPr>
        <w:pStyle w:val="ListParagraph"/>
      </w:pPr>
      <w:r>
        <w:rPr>
          <w:sz w:val="22"/>
        </w:rPr>
        <w:t>B. ROM</w:t>
      </w:r>
    </w:p>
    <w:p>
      <w:pPr>
        <w:pStyle w:val="ListParagraph"/>
      </w:pPr>
      <w:r>
        <w:rPr>
          <w:sz w:val="22"/>
        </w:rPr>
        <w:t>C. CD</w:t>
      </w:r>
    </w:p>
    <w:p>
      <w:pPr>
        <w:pStyle w:val="ListParagraph"/>
      </w:pPr>
      <w:r>
        <w:rPr>
          <w:sz w:val="22"/>
        </w:rPr>
        <w:t>D. USB Flash Drive</w:t>
      </w:r>
    </w:p>
    <w:p/>
    <w:p>
      <w:r>
        <w:rPr>
          <w:b/>
          <w:sz w:val="24"/>
        </w:rPr>
        <w:t>Câu 10: Bộ nhớ trong của máy tính gồm các loại nào sau?</w:t>
      </w:r>
    </w:p>
    <w:p>
      <w:pPr>
        <w:pStyle w:val="ListParagraph"/>
      </w:pPr>
      <w:r>
        <w:rPr>
          <w:sz w:val="22"/>
        </w:rPr>
        <w:t>A. RAM và ROM</w:t>
      </w:r>
    </w:p>
    <w:p>
      <w:pPr>
        <w:pStyle w:val="ListParagraph"/>
      </w:pPr>
      <w:r>
        <w:rPr>
          <w:sz w:val="22"/>
        </w:rPr>
        <w:t>B. Đĩa cứng và đĩa quang</w:t>
      </w:r>
    </w:p>
    <w:p>
      <w:pPr>
        <w:pStyle w:val="ListParagraph"/>
      </w:pPr>
      <w:r>
        <w:rPr>
          <w:sz w:val="22"/>
        </w:rPr>
        <w:t>C. RAM và đĩa cứng</w:t>
      </w:r>
    </w:p>
    <w:p>
      <w:pPr>
        <w:pStyle w:val="ListParagraph"/>
      </w:pPr>
      <w:r>
        <w:rPr>
          <w:sz w:val="22"/>
        </w:rPr>
        <w:t>D. Thẻ nhớ và USB Flash Drive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