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20 câu về tiếng anh về thì của unit 1 2 3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She usually ___ to work by bus.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gone</w:t>
      </w:r>
    </w:p>
    <w:p/>
    <w:p>
      <w:r>
        <w:rPr>
          <w:b/>
          <w:sz w:val="24"/>
        </w:rPr>
        <w:t>Câu 2: Listen! The birds ___.</w:t>
      </w:r>
    </w:p>
    <w:p>
      <w:pPr>
        <w:pStyle w:val="ListParagraph"/>
      </w:pPr>
      <w:r>
        <w:rPr>
          <w:sz w:val="22"/>
        </w:rPr>
        <w:t>A. sing</w:t>
      </w:r>
    </w:p>
    <w:p>
      <w:pPr>
        <w:pStyle w:val="ListParagraph"/>
      </w:pPr>
      <w:r>
        <w:rPr>
          <w:sz w:val="22"/>
        </w:rPr>
        <w:t>B. are singing</w:t>
      </w:r>
    </w:p>
    <w:p>
      <w:pPr>
        <w:pStyle w:val="ListParagraph"/>
      </w:pPr>
      <w:r>
        <w:rPr>
          <w:sz w:val="22"/>
        </w:rPr>
        <w:t>C. sang</w:t>
      </w:r>
    </w:p>
    <w:p>
      <w:pPr>
        <w:pStyle w:val="ListParagraph"/>
      </w:pPr>
      <w:r>
        <w:rPr>
          <w:sz w:val="22"/>
        </w:rPr>
        <w:t>D. have sung</w:t>
      </w:r>
    </w:p>
    <w:p/>
    <w:p>
      <w:r>
        <w:rPr>
          <w:b/>
          <w:sz w:val="24"/>
        </w:rPr>
        <w:t>Câu 3: I ___ my homework when the phone rang.</w:t>
      </w:r>
    </w:p>
    <w:p>
      <w:pPr>
        <w:pStyle w:val="ListParagraph"/>
      </w:pPr>
      <w:r>
        <w:rPr>
          <w:sz w:val="22"/>
        </w:rPr>
        <w:t>A. did</w:t>
      </w:r>
    </w:p>
    <w:p>
      <w:pPr>
        <w:pStyle w:val="ListParagraph"/>
      </w:pPr>
      <w:r>
        <w:rPr>
          <w:sz w:val="22"/>
        </w:rPr>
        <w:t>B. do</w:t>
      </w:r>
    </w:p>
    <w:p>
      <w:pPr>
        <w:pStyle w:val="ListParagraph"/>
      </w:pPr>
      <w:r>
        <w:rPr>
          <w:sz w:val="22"/>
        </w:rPr>
        <w:t>C. was doing</w:t>
      </w:r>
    </w:p>
    <w:p>
      <w:pPr>
        <w:pStyle w:val="ListParagraph"/>
      </w:pPr>
      <w:r>
        <w:rPr>
          <w:sz w:val="22"/>
        </w:rPr>
        <w:t>D. have done</w:t>
      </w:r>
    </w:p>
    <w:p/>
    <w:p>
      <w:r>
        <w:rPr>
          <w:b/>
          <w:sz w:val="24"/>
        </w:rPr>
        <w:t>Câu 4: They ___ to the cinema last night.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went</w:t>
      </w:r>
    </w:p>
    <w:p>
      <w:pPr>
        <w:pStyle w:val="ListParagraph"/>
      </w:pPr>
      <w:r>
        <w:rPr>
          <w:sz w:val="22"/>
        </w:rPr>
        <w:t>C. have gone</w:t>
      </w:r>
    </w:p>
    <w:p>
      <w:pPr>
        <w:pStyle w:val="ListParagraph"/>
      </w:pPr>
      <w:r>
        <w:rPr>
          <w:sz w:val="22"/>
        </w:rPr>
        <w:t>D. were going</w:t>
      </w:r>
    </w:p>
    <w:p/>
    <w:p>
      <w:r>
        <w:rPr>
          <w:b/>
          <w:sz w:val="24"/>
        </w:rPr>
        <w:t>Câu 5: He has lived in London ___ 2010.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since</w:t>
      </w:r>
    </w:p>
    <w:p>
      <w:pPr>
        <w:pStyle w:val="ListParagraph"/>
      </w:pPr>
      <w:r>
        <w:rPr>
          <w:sz w:val="22"/>
        </w:rPr>
        <w:t>C. during</w:t>
      </w:r>
    </w:p>
    <w:p>
      <w:pPr>
        <w:pStyle w:val="ListParagraph"/>
      </w:pPr>
      <w:r>
        <w:rPr>
          <w:sz w:val="22"/>
        </w:rPr>
        <w:t>D. in</w:t>
      </w:r>
    </w:p>
    <w:p/>
    <w:p>
      <w:r>
        <w:rPr>
          <w:b/>
          <w:sz w:val="24"/>
        </w:rPr>
        <w:t>Câu 6: We ___ this movie already.</w:t>
      </w:r>
    </w:p>
    <w:p>
      <w:pPr>
        <w:pStyle w:val="ListParagraph"/>
      </w:pPr>
      <w:r>
        <w:rPr>
          <w:sz w:val="22"/>
        </w:rPr>
        <w:t>A. see</w:t>
      </w:r>
    </w:p>
    <w:p>
      <w:pPr>
        <w:pStyle w:val="ListParagraph"/>
      </w:pPr>
      <w:r>
        <w:rPr>
          <w:sz w:val="22"/>
        </w:rPr>
        <w:t>B. saw</w:t>
      </w:r>
    </w:p>
    <w:p>
      <w:pPr>
        <w:pStyle w:val="ListParagraph"/>
      </w:pPr>
      <w:r>
        <w:rPr>
          <w:sz w:val="22"/>
        </w:rPr>
        <w:t>C. have seen</w:t>
      </w:r>
    </w:p>
    <w:p>
      <w:pPr>
        <w:pStyle w:val="ListParagraph"/>
      </w:pPr>
      <w:r>
        <w:rPr>
          <w:sz w:val="22"/>
        </w:rPr>
        <w:t>D. are seeing</w:t>
      </w:r>
    </w:p>
    <w:p/>
    <w:p>
      <w:r>
        <w:rPr>
          <w:b/>
          <w:sz w:val="24"/>
        </w:rPr>
        <w:t>Câu 7: At 8 PM yesterday, she ___ dinner.</w:t>
      </w:r>
    </w:p>
    <w:p>
      <w:pPr>
        <w:pStyle w:val="ListParagraph"/>
      </w:pPr>
      <w:r>
        <w:rPr>
          <w:sz w:val="22"/>
        </w:rPr>
        <w:t>A. cooks</w:t>
      </w:r>
    </w:p>
    <w:p>
      <w:pPr>
        <w:pStyle w:val="ListParagraph"/>
      </w:pPr>
      <w:r>
        <w:rPr>
          <w:sz w:val="22"/>
        </w:rPr>
        <w:t>B. cooked</w:t>
      </w:r>
    </w:p>
    <w:p>
      <w:pPr>
        <w:pStyle w:val="ListParagraph"/>
      </w:pPr>
      <w:r>
        <w:rPr>
          <w:sz w:val="22"/>
        </w:rPr>
        <w:t>C. was cooking</w:t>
      </w:r>
    </w:p>
    <w:p>
      <w:pPr>
        <w:pStyle w:val="ListParagraph"/>
      </w:pPr>
      <w:r>
        <w:rPr>
          <w:sz w:val="22"/>
        </w:rPr>
        <w:t>D. has cooked</w:t>
      </w:r>
    </w:p>
    <w:p/>
    <w:p>
      <w:r>
        <w:rPr>
          <w:b/>
          <w:sz w:val="24"/>
        </w:rPr>
        <w:t>Câu 8: Water ___ at 100 degrees Celsius.</w:t>
      </w:r>
    </w:p>
    <w:p>
      <w:pPr>
        <w:pStyle w:val="ListParagraph"/>
      </w:pPr>
      <w:r>
        <w:rPr>
          <w:sz w:val="22"/>
        </w:rPr>
        <w:t>A. boils</w:t>
      </w:r>
    </w:p>
    <w:p>
      <w:pPr>
        <w:pStyle w:val="ListParagraph"/>
      </w:pPr>
      <w:r>
        <w:rPr>
          <w:sz w:val="22"/>
        </w:rPr>
        <w:t>B. is boiling</w:t>
      </w:r>
    </w:p>
    <w:p>
      <w:pPr>
        <w:pStyle w:val="ListParagraph"/>
      </w:pPr>
      <w:r>
        <w:rPr>
          <w:sz w:val="22"/>
        </w:rPr>
        <w:t>C. boiled</w:t>
      </w:r>
    </w:p>
    <w:p>
      <w:pPr>
        <w:pStyle w:val="ListParagraph"/>
      </w:pPr>
      <w:r>
        <w:rPr>
          <w:sz w:val="22"/>
        </w:rPr>
        <w:t>D. has boiled</w:t>
      </w:r>
    </w:p>
    <w:p/>
    <w:p>
      <w:r>
        <w:rPr>
          <w:b/>
          <w:sz w:val="24"/>
        </w:rPr>
        <w:t>Câu 9: I ___ my friend tomorrow.</w:t>
      </w:r>
    </w:p>
    <w:p>
      <w:pPr>
        <w:pStyle w:val="ListParagraph"/>
      </w:pPr>
      <w:r>
        <w:rPr>
          <w:sz w:val="22"/>
        </w:rPr>
        <w:t>A. meet</w:t>
      </w:r>
    </w:p>
    <w:p>
      <w:pPr>
        <w:pStyle w:val="ListParagraph"/>
      </w:pPr>
      <w:r>
        <w:rPr>
          <w:sz w:val="22"/>
        </w:rPr>
        <w:t>B. am meeting</w:t>
      </w:r>
    </w:p>
    <w:p>
      <w:pPr>
        <w:pStyle w:val="ListParagraph"/>
      </w:pPr>
      <w:r>
        <w:rPr>
          <w:sz w:val="22"/>
        </w:rPr>
        <w:t>C. met</w:t>
      </w:r>
    </w:p>
    <w:p>
      <w:pPr>
        <w:pStyle w:val="ListParagraph"/>
      </w:pPr>
      <w:r>
        <w:rPr>
          <w:sz w:val="22"/>
        </w:rPr>
        <w:t>D. have met</w:t>
      </w:r>
    </w:p>
    <w:p/>
    <w:p>
      <w:r>
        <w:rPr>
          <w:b/>
          <w:sz w:val="24"/>
        </w:rPr>
        <w:t>Câu 10: She ___ her keys yesterday. She couldn't find them.</w:t>
      </w:r>
    </w:p>
    <w:p>
      <w:pPr>
        <w:pStyle w:val="ListParagraph"/>
      </w:pPr>
      <w:r>
        <w:rPr>
          <w:sz w:val="22"/>
        </w:rPr>
        <w:t>A. loses</w:t>
      </w:r>
    </w:p>
    <w:p>
      <w:pPr>
        <w:pStyle w:val="ListParagraph"/>
      </w:pPr>
      <w:r>
        <w:rPr>
          <w:sz w:val="22"/>
        </w:rPr>
        <w:t>B. lost</w:t>
      </w:r>
    </w:p>
    <w:p>
      <w:pPr>
        <w:pStyle w:val="ListParagraph"/>
      </w:pPr>
      <w:r>
        <w:rPr>
          <w:sz w:val="22"/>
        </w:rPr>
        <w:t>C. has lost</w:t>
      </w:r>
    </w:p>
    <w:p>
      <w:pPr>
        <w:pStyle w:val="ListParagraph"/>
      </w:pPr>
      <w:r>
        <w:rPr>
          <w:sz w:val="22"/>
        </w:rPr>
        <w:t>D. was losing</w:t>
      </w:r>
    </w:p>
    <w:p/>
    <w:p>
      <w:r>
        <w:rPr>
          <w:b/>
          <w:sz w:val="24"/>
        </w:rPr>
        <w:t>Câu 11: They ___ in this house since 1990.</w:t>
      </w:r>
    </w:p>
    <w:p>
      <w:pPr>
        <w:pStyle w:val="ListParagraph"/>
      </w:pPr>
      <w:r>
        <w:rPr>
          <w:sz w:val="22"/>
        </w:rPr>
        <w:t>A. live</w:t>
      </w:r>
    </w:p>
    <w:p>
      <w:pPr>
        <w:pStyle w:val="ListParagraph"/>
      </w:pPr>
      <w:r>
        <w:rPr>
          <w:sz w:val="22"/>
        </w:rPr>
        <w:t>B. lived</w:t>
      </w:r>
    </w:p>
    <w:p>
      <w:pPr>
        <w:pStyle w:val="ListParagraph"/>
      </w:pPr>
      <w:r>
        <w:rPr>
          <w:sz w:val="22"/>
        </w:rPr>
        <w:t>C. have lived</w:t>
      </w:r>
    </w:p>
    <w:p>
      <w:pPr>
        <w:pStyle w:val="ListParagraph"/>
      </w:pPr>
      <w:r>
        <w:rPr>
          <w:sz w:val="22"/>
        </w:rPr>
        <w:t>D. are living</w:t>
      </w:r>
    </w:p>
    <w:p/>
    <w:p>
      <w:r>
        <w:rPr>
          <w:b/>
          <w:sz w:val="24"/>
        </w:rPr>
        <w:t>Câu 12: Look at the clouds! It ___.</w:t>
      </w:r>
    </w:p>
    <w:p>
      <w:pPr>
        <w:pStyle w:val="ListParagraph"/>
      </w:pPr>
      <w:r>
        <w:rPr>
          <w:sz w:val="22"/>
        </w:rPr>
        <w:t>A. rains</w:t>
      </w:r>
    </w:p>
    <w:p>
      <w:pPr>
        <w:pStyle w:val="ListParagraph"/>
      </w:pPr>
      <w:r>
        <w:rPr>
          <w:sz w:val="22"/>
        </w:rPr>
        <w:t>B. rained</w:t>
      </w:r>
    </w:p>
    <w:p>
      <w:pPr>
        <w:pStyle w:val="ListParagraph"/>
      </w:pPr>
      <w:r>
        <w:rPr>
          <w:sz w:val="22"/>
        </w:rPr>
        <w:t>C. is going to rain</w:t>
      </w:r>
    </w:p>
    <w:p>
      <w:pPr>
        <w:pStyle w:val="ListParagraph"/>
      </w:pPr>
      <w:r>
        <w:rPr>
          <w:sz w:val="22"/>
        </w:rPr>
        <w:t>D. has rained</w:t>
      </w:r>
    </w:p>
    <w:p/>
    <w:p>
      <w:r>
        <w:rPr>
          <w:b/>
          <w:sz w:val="24"/>
        </w:rPr>
        <w:t>Câu 13: When I was a child, I ___ play outside every day.</w:t>
      </w:r>
    </w:p>
    <w:p>
      <w:pPr>
        <w:pStyle w:val="ListParagraph"/>
      </w:pPr>
      <w:r>
        <w:rPr>
          <w:sz w:val="22"/>
        </w:rPr>
        <w:t>A. use to</w:t>
      </w:r>
    </w:p>
    <w:p>
      <w:pPr>
        <w:pStyle w:val="ListParagraph"/>
      </w:pPr>
      <w:r>
        <w:rPr>
          <w:sz w:val="22"/>
        </w:rPr>
        <w:t>B. used to</w:t>
      </w:r>
    </w:p>
    <w:p>
      <w:pPr>
        <w:pStyle w:val="ListParagraph"/>
      </w:pPr>
      <w:r>
        <w:rPr>
          <w:sz w:val="22"/>
        </w:rPr>
        <w:t>C. didn't used to</w:t>
      </w:r>
    </w:p>
    <w:p>
      <w:pPr>
        <w:pStyle w:val="ListParagraph"/>
      </w:pPr>
      <w:r>
        <w:rPr>
          <w:sz w:val="22"/>
        </w:rPr>
        <w:t>D. use</w:t>
      </w:r>
    </w:p>
    <w:p/>
    <w:p>
      <w:r>
        <w:rPr>
          <w:b/>
          <w:sz w:val="24"/>
        </w:rPr>
        <w:t>Câu 14: He ___ his car at the moment.</w:t>
      </w:r>
    </w:p>
    <w:p>
      <w:pPr>
        <w:pStyle w:val="ListParagraph"/>
      </w:pPr>
      <w:r>
        <w:rPr>
          <w:sz w:val="22"/>
        </w:rPr>
        <w:t>A. washes</w:t>
      </w:r>
    </w:p>
    <w:p>
      <w:pPr>
        <w:pStyle w:val="ListParagraph"/>
      </w:pPr>
      <w:r>
        <w:rPr>
          <w:sz w:val="22"/>
        </w:rPr>
        <w:t>B. is washing</w:t>
      </w:r>
    </w:p>
    <w:p>
      <w:pPr>
        <w:pStyle w:val="ListParagraph"/>
      </w:pPr>
      <w:r>
        <w:rPr>
          <w:sz w:val="22"/>
        </w:rPr>
        <w:t>C. washed</w:t>
      </w:r>
    </w:p>
    <w:p>
      <w:pPr>
        <w:pStyle w:val="ListParagraph"/>
      </w:pPr>
      <w:r>
        <w:rPr>
          <w:sz w:val="22"/>
        </w:rPr>
        <w:t>D. has washed</w:t>
      </w:r>
    </w:p>
    <w:p/>
    <w:p>
      <w:r>
        <w:rPr>
          <w:b/>
          <w:sz w:val="24"/>
        </w:rPr>
        <w:t>Câu 15: By the time we arrived, the film ___.</w:t>
      </w:r>
    </w:p>
    <w:p>
      <w:pPr>
        <w:pStyle w:val="ListParagraph"/>
      </w:pPr>
      <w:r>
        <w:rPr>
          <w:sz w:val="22"/>
        </w:rPr>
        <w:t>A. starts</w:t>
      </w:r>
    </w:p>
    <w:p>
      <w:pPr>
        <w:pStyle w:val="ListParagraph"/>
      </w:pPr>
      <w:r>
        <w:rPr>
          <w:sz w:val="22"/>
        </w:rPr>
        <w:t>B. started</w:t>
      </w:r>
    </w:p>
    <w:p>
      <w:pPr>
        <w:pStyle w:val="ListParagraph"/>
      </w:pPr>
      <w:r>
        <w:rPr>
          <w:sz w:val="22"/>
        </w:rPr>
        <w:t>C. had started</w:t>
      </w:r>
    </w:p>
    <w:p>
      <w:pPr>
        <w:pStyle w:val="ListParagraph"/>
      </w:pPr>
      <w:r>
        <w:rPr>
          <w:sz w:val="22"/>
        </w:rPr>
        <w:t>D. was starting</w:t>
      </w:r>
    </w:p>
    <w:p/>
    <w:p>
      <w:r>
        <w:rPr>
          <w:b/>
          <w:sz w:val="24"/>
        </w:rPr>
        <w:t>Câu 16: I ___ this book for three hours. I'm tired.</w:t>
      </w:r>
    </w:p>
    <w:p>
      <w:pPr>
        <w:pStyle w:val="ListParagraph"/>
      </w:pPr>
      <w:r>
        <w:rPr>
          <w:sz w:val="22"/>
        </w:rPr>
        <w:t>A. read</w:t>
      </w:r>
    </w:p>
    <w:p>
      <w:pPr>
        <w:pStyle w:val="ListParagraph"/>
      </w:pPr>
      <w:r>
        <w:rPr>
          <w:sz w:val="22"/>
        </w:rPr>
        <w:t>B. am reading</w:t>
      </w:r>
    </w:p>
    <w:p>
      <w:pPr>
        <w:pStyle w:val="ListParagraph"/>
      </w:pPr>
      <w:r>
        <w:rPr>
          <w:sz w:val="22"/>
        </w:rPr>
        <w:t>C. have been reading</w:t>
      </w:r>
    </w:p>
    <w:p>
      <w:pPr>
        <w:pStyle w:val="ListParagraph"/>
      </w:pPr>
      <w:r>
        <w:rPr>
          <w:sz w:val="22"/>
        </w:rPr>
        <w:t>D. was reading</w:t>
      </w:r>
    </w:p>
    <w:p/>
    <w:p>
      <w:r>
        <w:rPr>
          <w:b/>
          <w:sz w:val="24"/>
        </w:rPr>
        <w:t>Câu 17: She ___ in Germany before she moved to France.</w:t>
      </w:r>
    </w:p>
    <w:p>
      <w:pPr>
        <w:pStyle w:val="ListParagraph"/>
      </w:pPr>
      <w:r>
        <w:rPr>
          <w:sz w:val="22"/>
        </w:rPr>
        <w:t>A. works</w:t>
      </w:r>
    </w:p>
    <w:p>
      <w:pPr>
        <w:pStyle w:val="ListParagraph"/>
      </w:pPr>
      <w:r>
        <w:rPr>
          <w:sz w:val="22"/>
        </w:rPr>
        <w:t>B. worked</w:t>
      </w:r>
    </w:p>
    <w:p>
      <w:pPr>
        <w:pStyle w:val="ListParagraph"/>
      </w:pPr>
      <w:r>
        <w:rPr>
          <w:sz w:val="22"/>
        </w:rPr>
        <w:t>C. had worked</w:t>
      </w:r>
    </w:p>
    <w:p>
      <w:pPr>
        <w:pStyle w:val="ListParagraph"/>
      </w:pPr>
      <w:r>
        <w:rPr>
          <w:sz w:val="22"/>
        </w:rPr>
        <w:t>D. has worked</w:t>
      </w:r>
    </w:p>
    <w:p/>
    <w:p>
      <w:r>
        <w:rPr>
          <w:b/>
          <w:sz w:val="24"/>
        </w:rPr>
        <w:t>Câu 18: We ___ each other since high school.</w:t>
      </w:r>
    </w:p>
    <w:p>
      <w:pPr>
        <w:pStyle w:val="ListParagraph"/>
      </w:pPr>
      <w:r>
        <w:rPr>
          <w:sz w:val="22"/>
        </w:rPr>
        <w:t>A. know</w:t>
      </w:r>
    </w:p>
    <w:p>
      <w:pPr>
        <w:pStyle w:val="ListParagraph"/>
      </w:pPr>
      <w:r>
        <w:rPr>
          <w:sz w:val="22"/>
        </w:rPr>
        <w:t>B. knew</w:t>
      </w:r>
    </w:p>
    <w:p>
      <w:pPr>
        <w:pStyle w:val="ListParagraph"/>
      </w:pPr>
      <w:r>
        <w:rPr>
          <w:sz w:val="22"/>
        </w:rPr>
        <w:t>C. have known</w:t>
      </w:r>
    </w:p>
    <w:p>
      <w:pPr>
        <w:pStyle w:val="ListParagraph"/>
      </w:pPr>
      <w:r>
        <w:rPr>
          <w:sz w:val="22"/>
        </w:rPr>
        <w:t>D. are knowing</w:t>
      </w:r>
    </w:p>
    <w:p/>
    <w:p>
      <w:r>
        <w:rPr>
          <w:b/>
          <w:sz w:val="24"/>
        </w:rPr>
        <w:t>Câu 19: This time next year, I ___ in Japan.</w:t>
      </w:r>
    </w:p>
    <w:p>
      <w:pPr>
        <w:pStyle w:val="ListParagraph"/>
      </w:pPr>
      <w:r>
        <w:rPr>
          <w:sz w:val="22"/>
        </w:rPr>
        <w:t>A. study</w:t>
      </w:r>
    </w:p>
    <w:p>
      <w:pPr>
        <w:pStyle w:val="ListParagraph"/>
      </w:pPr>
      <w:r>
        <w:rPr>
          <w:sz w:val="22"/>
        </w:rPr>
        <w:t>B. will study</w:t>
      </w:r>
    </w:p>
    <w:p>
      <w:pPr>
        <w:pStyle w:val="ListParagraph"/>
      </w:pPr>
      <w:r>
        <w:rPr>
          <w:sz w:val="22"/>
        </w:rPr>
        <w:t>C. will be studying</w:t>
      </w:r>
    </w:p>
    <w:p>
      <w:pPr>
        <w:pStyle w:val="ListParagraph"/>
      </w:pPr>
      <w:r>
        <w:rPr>
          <w:sz w:val="22"/>
        </w:rPr>
        <w:t>D. studied</w:t>
      </w:r>
    </w:p>
    <w:p/>
    <w:p>
      <w:r>
        <w:rPr>
          <w:b/>
          <w:sz w:val="24"/>
        </w:rPr>
        <w:t>Câu 20: How often ___ you ___ to the gym?</w:t>
      </w:r>
    </w:p>
    <w:p>
      <w:pPr>
        <w:pStyle w:val="ListParagraph"/>
      </w:pPr>
      <w:r>
        <w:rPr>
          <w:sz w:val="22"/>
        </w:rPr>
        <w:t>A. do, go</w:t>
      </w:r>
    </w:p>
    <w:p>
      <w:pPr>
        <w:pStyle w:val="ListParagraph"/>
      </w:pPr>
      <w:r>
        <w:rPr>
          <w:sz w:val="22"/>
        </w:rPr>
        <w:t>B. are, going</w:t>
      </w:r>
    </w:p>
    <w:p>
      <w:pPr>
        <w:pStyle w:val="ListParagraph"/>
      </w:pPr>
      <w:r>
        <w:rPr>
          <w:sz w:val="22"/>
        </w:rPr>
        <w:t>C. have, gone</w:t>
      </w:r>
    </w:p>
    <w:p>
      <w:pPr>
        <w:pStyle w:val="ListParagraph"/>
      </w:pPr>
      <w:r>
        <w:rPr>
          <w:sz w:val="22"/>
        </w:rPr>
        <w:t>D. did, went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