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TẬP TUẦN 3</w:t>
      </w:r>
    </w:p>
    <w:p>
      <w:pPr>
        <w:jc w:val="center"/>
      </w:pPr>
      <w:r>
        <w:rPr>
          <w:sz w:val="22"/>
        </w:rPr>
        <w:t>Số câu: 10    Thời gian: _____ phút    Họ và tên: _________________________</w:t>
      </w:r>
    </w:p>
    <w:p/>
    <w:p>
      <w:r>
        <w:rPr>
          <w:b/>
          <w:sz w:val="24"/>
        </w:rPr>
        <w:t>Câu 1: Một cửa hàng ngày thứ nhất bán được 120 kg gạo. Ngày thứ hai bán được gấp đôi ngày thứ nhất. Ngày thứ ba bán được ít hơn ngày thứ hai 45 kg. Hỏi cả ba ngày cửa hàng bán được bao nhiêu ki-lô-gam gạo?</w:t>
      </w:r>
    </w:p>
    <w:p>
      <w:pPr>
        <w:pStyle w:val="ListParagraph"/>
      </w:pPr>
      <w:r>
        <w:rPr>
          <w:sz w:val="22"/>
        </w:rPr>
        <w:t>A. 550 kg</w:t>
      </w:r>
    </w:p>
    <w:p>
      <w:pPr>
        <w:pStyle w:val="ListParagraph"/>
      </w:pPr>
      <w:r>
        <w:rPr>
          <w:sz w:val="22"/>
        </w:rPr>
        <w:t>B. 555 kg</w:t>
      </w:r>
    </w:p>
    <w:p>
      <w:pPr>
        <w:pStyle w:val="ListParagraph"/>
      </w:pPr>
      <w:r>
        <w:rPr>
          <w:sz w:val="22"/>
        </w:rPr>
        <w:t>C. 540 kg</w:t>
      </w:r>
    </w:p>
    <w:p>
      <w:pPr>
        <w:pStyle w:val="ListParagraph"/>
      </w:pPr>
      <w:r>
        <w:rPr>
          <w:sz w:val="22"/>
        </w:rPr>
        <w:t>D. 565 kg</w:t>
      </w:r>
    </w:p>
    <w:p/>
    <w:p>
      <w:r>
        <w:rPr>
          <w:b/>
          <w:sz w:val="24"/>
        </w:rPr>
        <w:t>Câu 2: Một trường có 3 lớp 4. Lớp 4A có 32 học sinh. Lớp 4B có nhiều hơn lớp 4A 4 học sinh. Lớp 4C có ít hơn lớp 4B 5 học sinh. Hỏi cả ba lớp có bao nhiêu học sinh?</w:t>
      </w:r>
    </w:p>
    <w:p>
      <w:pPr>
        <w:pStyle w:val="ListParagraph"/>
      </w:pPr>
      <w:r>
        <w:rPr>
          <w:sz w:val="22"/>
        </w:rPr>
        <w:t>A. 98 học sinh</w:t>
      </w:r>
    </w:p>
    <w:p>
      <w:pPr>
        <w:pStyle w:val="ListParagraph"/>
      </w:pPr>
      <w:r>
        <w:rPr>
          <w:sz w:val="22"/>
        </w:rPr>
        <w:t>B. 100 học sinh</w:t>
      </w:r>
    </w:p>
    <w:p>
      <w:pPr>
        <w:pStyle w:val="ListParagraph"/>
      </w:pPr>
      <w:r>
        <w:rPr>
          <w:sz w:val="22"/>
        </w:rPr>
        <w:t>C. 99 học sinh</w:t>
      </w:r>
    </w:p>
    <w:p>
      <w:pPr>
        <w:pStyle w:val="ListParagraph"/>
      </w:pPr>
      <w:r>
        <w:rPr>
          <w:sz w:val="22"/>
        </w:rPr>
        <w:t>D. 97 học sinh</w:t>
      </w:r>
    </w:p>
    <w:p/>
    <w:p>
      <w:r>
        <w:rPr>
          <w:b/>
          <w:sz w:val="24"/>
        </w:rPr>
        <w:t>Câu 3: Một mảnh vườn hình chữ nhật có chiều dài 45 m, chiều rộng 25 m. Người ta trồng rau trên mảnh vườn đó, cứ 5 m² thu được 3 kg rau. Hỏi cả mảnh vườn thu được bao nhiêu ki-lô-gam rau?</w:t>
      </w:r>
    </w:p>
    <w:p>
      <w:pPr>
        <w:pStyle w:val="ListParagraph"/>
      </w:pPr>
      <w:r>
        <w:rPr>
          <w:sz w:val="22"/>
        </w:rPr>
        <w:t>A. 670 kg</w:t>
      </w:r>
    </w:p>
    <w:p>
      <w:pPr>
        <w:pStyle w:val="ListParagraph"/>
      </w:pPr>
      <w:r>
        <w:rPr>
          <w:sz w:val="22"/>
        </w:rPr>
        <w:t>B. 680 kg</w:t>
      </w:r>
    </w:p>
    <w:p>
      <w:pPr>
        <w:pStyle w:val="ListParagraph"/>
      </w:pPr>
      <w:r>
        <w:rPr>
          <w:sz w:val="22"/>
        </w:rPr>
        <w:t>C. 665 kg</w:t>
      </w:r>
    </w:p>
    <w:p>
      <w:pPr>
        <w:pStyle w:val="ListParagraph"/>
      </w:pPr>
      <w:r>
        <w:rPr>
          <w:sz w:val="22"/>
        </w:rPr>
        <w:t>D. 675 kg</w:t>
      </w:r>
    </w:p>
    <w:p/>
    <w:p>
      <w:r>
        <w:rPr>
          <w:b/>
          <w:sz w:val="24"/>
        </w:rPr>
        <w:t>Câu 4: Một ô tô đi từ A đến B hết 3 giờ. Giờ thứ nhất đi được 35 km. Giờ thứ hai đi được nhiều hơn giờ thứ nhất 8 km. Giờ thứ ba đi được ít hơn giờ thứ hai 12 km. Hỏi cả ba giờ ô tô đi được bao nhiêu ki-lô-mét?</w:t>
      </w:r>
    </w:p>
    <w:p>
      <w:pPr>
        <w:pStyle w:val="ListParagraph"/>
      </w:pPr>
      <w:r>
        <w:rPr>
          <w:sz w:val="22"/>
        </w:rPr>
        <w:t>A. 109 km</w:t>
      </w:r>
    </w:p>
    <w:p>
      <w:pPr>
        <w:pStyle w:val="ListParagraph"/>
      </w:pPr>
      <w:r>
        <w:rPr>
          <w:sz w:val="22"/>
        </w:rPr>
        <w:t>B. 108 km</w:t>
      </w:r>
    </w:p>
    <w:p>
      <w:pPr>
        <w:pStyle w:val="ListParagraph"/>
      </w:pPr>
      <w:r>
        <w:rPr>
          <w:sz w:val="22"/>
        </w:rPr>
        <w:t>C. 110 km</w:t>
      </w:r>
    </w:p>
    <w:p>
      <w:pPr>
        <w:pStyle w:val="ListParagraph"/>
      </w:pPr>
      <w:r>
        <w:rPr>
          <w:sz w:val="22"/>
        </w:rPr>
        <w:t>D. 107 km</w:t>
      </w:r>
    </w:p>
    <w:p/>
    <w:p>
      <w:r>
        <w:rPr>
          <w:b/>
          <w:sz w:val="24"/>
        </w:rPr>
        <w:t>Câu 5: Một kho có 4 bao gạo, mỗi bao nặng 50 kg. Người ta lấy ra 35 kg để bán. Số gạo còn lại chia đều vào 3 túi. Hỏi mỗi túi có bao nhiêu ki-lô-gam gạo?</w:t>
      </w:r>
    </w:p>
    <w:p>
      <w:pPr>
        <w:pStyle w:val="ListParagraph"/>
      </w:pPr>
      <w:r>
        <w:rPr>
          <w:sz w:val="22"/>
        </w:rPr>
        <w:t>A. 50 kg</w:t>
      </w:r>
    </w:p>
    <w:p>
      <w:pPr>
        <w:pStyle w:val="ListParagraph"/>
      </w:pPr>
      <w:r>
        <w:rPr>
          <w:sz w:val="22"/>
        </w:rPr>
        <w:t>B. 55 kg</w:t>
      </w:r>
    </w:p>
    <w:p>
      <w:pPr>
        <w:pStyle w:val="ListParagraph"/>
      </w:pPr>
      <w:r>
        <w:rPr>
          <w:sz w:val="22"/>
        </w:rPr>
        <w:t>C. 60 kg</w:t>
      </w:r>
    </w:p>
    <w:p>
      <w:pPr>
        <w:pStyle w:val="ListParagraph"/>
      </w:pPr>
      <w:r>
        <w:rPr>
          <w:sz w:val="22"/>
        </w:rPr>
        <w:t>D. 45 kg</w:t>
      </w:r>
    </w:p>
    <w:p/>
    <w:p>
      <w:r>
        <w:rPr>
          <w:b/>
          <w:sz w:val="24"/>
        </w:rPr>
        <w:t>Câu 6: Một cửa hàng có 5 thùng dầu, mỗi thùng 18 lít. Cửa hàng đã bán 27 lít. Số dầu còn lại được đóng vào các can 9 lít. Hỏi đóng được bao nhiêu can dầu?</w:t>
      </w:r>
    </w:p>
    <w:p>
      <w:pPr>
        <w:pStyle w:val="ListParagraph"/>
      </w:pPr>
      <w:r>
        <w:rPr>
          <w:sz w:val="22"/>
        </w:rPr>
        <w:t>A. 6 can</w:t>
      </w:r>
    </w:p>
    <w:p>
      <w:pPr>
        <w:pStyle w:val="ListParagraph"/>
      </w:pPr>
      <w:r>
        <w:rPr>
          <w:sz w:val="22"/>
        </w:rPr>
        <w:t>B. 8 can</w:t>
      </w:r>
    </w:p>
    <w:p>
      <w:pPr>
        <w:pStyle w:val="ListParagraph"/>
      </w:pPr>
      <w:r>
        <w:rPr>
          <w:sz w:val="22"/>
        </w:rPr>
        <w:t>C. 7 can</w:t>
      </w:r>
    </w:p>
    <w:p>
      <w:pPr>
        <w:pStyle w:val="ListParagraph"/>
      </w:pPr>
      <w:r>
        <w:rPr>
          <w:sz w:val="22"/>
        </w:rPr>
        <w:t>D. 9 can</w:t>
      </w:r>
    </w:p>
    <w:p/>
    <w:p>
      <w:r>
        <w:rPr>
          <w:b/>
          <w:sz w:val="24"/>
        </w:rPr>
        <w:t>Câu 7: Một lớp học có 4 tổ, mỗi tổ 8 học sinh. Cô giáo phát cho mỗi học sinh 5 quyển vở. Sau đó cô phát thêm cho cả lớp 20 quyển vở nữa. Hỏi cô đã phát tất cả bao nhiêu quyển vở?</w:t>
      </w:r>
    </w:p>
    <w:p>
      <w:pPr>
        <w:pStyle w:val="ListParagraph"/>
      </w:pPr>
      <w:r>
        <w:rPr>
          <w:sz w:val="22"/>
        </w:rPr>
        <w:t>A. 170 quyển</w:t>
      </w:r>
    </w:p>
    <w:p>
      <w:pPr>
        <w:pStyle w:val="ListParagraph"/>
      </w:pPr>
      <w:r>
        <w:rPr>
          <w:sz w:val="22"/>
        </w:rPr>
        <w:t>B. 190 quyển</w:t>
      </w:r>
    </w:p>
    <w:p>
      <w:pPr>
        <w:pStyle w:val="ListParagraph"/>
      </w:pPr>
      <w:r>
        <w:rPr>
          <w:sz w:val="22"/>
        </w:rPr>
        <w:t>C. 160 quyển</w:t>
      </w:r>
    </w:p>
    <w:p>
      <w:pPr>
        <w:pStyle w:val="ListParagraph"/>
      </w:pPr>
      <w:r>
        <w:rPr>
          <w:sz w:val="22"/>
        </w:rPr>
        <w:t>D. 180 quyển</w:t>
      </w:r>
    </w:p>
    <w:p/>
    <w:p>
      <w:r>
        <w:rPr>
          <w:b/>
          <w:sz w:val="24"/>
        </w:rPr>
        <w:t>Câu 8: Một khu đất hình chữ nhật có chiều dài 36 m, chiều rộng 20 m. Người ta dành $\frac{1}{4}$ diện tích để làm nhà. Diện tích còn lại trồng cây ăn quả. Hỏi diện tích trồng cây ăn quả là bao nhiêu mét vuông?</w:t>
      </w:r>
    </w:p>
    <w:p>
      <w:pPr>
        <w:pStyle w:val="ListParagraph"/>
      </w:pPr>
      <w:r>
        <w:rPr>
          <w:sz w:val="22"/>
        </w:rPr>
        <w:t>A. 540 m²</w:t>
      </w:r>
    </w:p>
    <w:p>
      <w:pPr>
        <w:pStyle w:val="ListParagraph"/>
      </w:pPr>
      <w:r>
        <w:rPr>
          <w:sz w:val="22"/>
        </w:rPr>
        <w:t>B. 520 m²</w:t>
      </w:r>
    </w:p>
    <w:p>
      <w:pPr>
        <w:pStyle w:val="ListParagraph"/>
      </w:pPr>
      <w:r>
        <w:rPr>
          <w:sz w:val="22"/>
        </w:rPr>
        <w:t>C. 560 m²</w:t>
      </w:r>
    </w:p>
    <w:p>
      <w:pPr>
        <w:pStyle w:val="ListParagraph"/>
      </w:pPr>
      <w:r>
        <w:rPr>
          <w:sz w:val="22"/>
        </w:rPr>
        <w:t>D. 500 m²</w:t>
      </w:r>
    </w:p>
    <w:p/>
    <w:p>
      <w:r>
        <w:rPr>
          <w:b/>
          <w:sz w:val="24"/>
        </w:rPr>
        <w:t>Câu 9: Một cửa hàng có 3 tấm vải, mỗi tấm dài 25 m. Cửa hàng đã bán đi 37 m. Số vải còn lại may được các bộ quần áo, mỗi bộ hết 4 m. Hỏi may được nhiều nhất bao nhiêu bộ quần áo và còn thừa bao nhiêu mét vải?</w:t>
      </w:r>
    </w:p>
    <w:p>
      <w:pPr>
        <w:pStyle w:val="ListParagraph"/>
      </w:pPr>
      <w:r>
        <w:rPr>
          <w:sz w:val="22"/>
        </w:rPr>
        <w:t>A. 8 bộ, thừa 6 m</w:t>
      </w:r>
    </w:p>
    <w:p>
      <w:pPr>
        <w:pStyle w:val="ListParagraph"/>
      </w:pPr>
      <w:r>
        <w:rPr>
          <w:sz w:val="22"/>
        </w:rPr>
        <w:t>B. 9 bộ, thừa 2 m</w:t>
      </w:r>
    </w:p>
    <w:p>
      <w:pPr>
        <w:pStyle w:val="ListParagraph"/>
      </w:pPr>
      <w:r>
        <w:rPr>
          <w:sz w:val="22"/>
        </w:rPr>
        <w:t>C. 9 bộ, thừa 3 m</w:t>
      </w:r>
    </w:p>
    <w:p>
      <w:pPr>
        <w:pStyle w:val="ListParagraph"/>
      </w:pPr>
      <w:r>
        <w:rPr>
          <w:sz w:val="22"/>
        </w:rPr>
        <w:t>D. 10 bộ, thừa 2 m</w:t>
      </w:r>
    </w:p>
    <w:p/>
    <w:p>
      <w:r>
        <w:rPr>
          <w:b/>
          <w:sz w:val="24"/>
        </w:rPr>
        <w:t>Câu 10: Một trang trại có 8 chuồng gà, mỗi chuồng 45 con. Người ta đã bán 120 con. Số gà còn lại nhốt đều vào 6 chuồng khác. Hỏi mỗi chuồng còn lại có bao nhiêu con gà?</w:t>
      </w:r>
    </w:p>
    <w:p>
      <w:pPr>
        <w:pStyle w:val="ListParagraph"/>
      </w:pPr>
      <w:r>
        <w:rPr>
          <w:sz w:val="22"/>
        </w:rPr>
        <w:t>A. 45 con</w:t>
      </w:r>
    </w:p>
    <w:p>
      <w:pPr>
        <w:pStyle w:val="ListParagraph"/>
      </w:pPr>
      <w:r>
        <w:rPr>
          <w:sz w:val="22"/>
        </w:rPr>
        <w:t>B. 35 con</w:t>
      </w:r>
    </w:p>
    <w:p>
      <w:pPr>
        <w:pStyle w:val="ListParagraph"/>
      </w:pPr>
      <w:r>
        <w:rPr>
          <w:sz w:val="22"/>
        </w:rPr>
        <w:t>C. 40 con</w:t>
      </w:r>
    </w:p>
    <w:p>
      <w:pPr>
        <w:pStyle w:val="ListParagraph"/>
      </w:pPr>
      <w:r>
        <w:rPr>
          <w:sz w:val="22"/>
        </w:rPr>
        <w:t>D. 30 con</w:t>
      </w:r>
    </w:p>
    <w:p/>
    <w:p>
      <w:r>
        <w:t>──────────────────────────────────────────────────</w:t>
      </w:r>
    </w:p>
    <w:p>
      <w:r>
        <w:rPr>
          <w:b/>
        </w:rPr>
        <w:t>BẢNG ĐÁP ÁN &amp; LỜI GIẢI CHI TIẾT</w:t>
      </w:r>
    </w:p>
    <w:p>
      <w:r>
        <w:rPr>
          <w:b/>
        </w:rPr>
        <w:t>Câu 1: Đáp án đúng: B</w:t>
      </w:r>
    </w:p>
    <w:p>
      <w:r>
        <w:rPr>
          <w:b/>
        </w:rPr>
        <w:t>Câu 2: Đáp án đúng: C</w:t>
      </w:r>
    </w:p>
    <w:p>
      <w:r>
        <w:rPr>
          <w:b/>
        </w:rPr>
        <w:t>Câu 3: Đáp án đúng: D</w:t>
      </w:r>
    </w:p>
    <w:p>
      <w:r>
        <w:rPr>
          <w:b/>
        </w:rPr>
        <w:t>Câu 4: Đáp án đúng: A</w:t>
      </w:r>
    </w:p>
    <w:p>
      <w:r>
        <w:rPr>
          <w:b/>
        </w:rPr>
        <w:t>Câu 5: Đáp án đúng: B</w:t>
      </w:r>
    </w:p>
    <w:p>
      <w:r>
        <w:rPr>
          <w:b/>
        </w:rPr>
        <w:t>Câu 6: Đáp án đúng: C</w:t>
      </w:r>
    </w:p>
    <w:p>
      <w:r>
        <w:rPr>
          <w:b/>
        </w:rPr>
        <w:t>Câu 7: Đáp án đúng: D</w:t>
      </w:r>
    </w:p>
    <w:p>
      <w:r>
        <w:rPr>
          <w:b/>
        </w:rPr>
        <w:t>Câu 8: Đáp án đúng: A</w:t>
      </w:r>
    </w:p>
    <w:p>
      <w:r>
        <w:rPr>
          <w:b/>
        </w:rPr>
        <w:t>Câu 9: Đáp án đúng: B</w:t>
      </w:r>
    </w:p>
    <w:p>
      <w:r>
        <w:rPr>
          <w:b/>
        </w:rPr>
        <w:t>Câu 10: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