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50 câu toán của giữa kì 1 toán 8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Thực hiện phép nhân: $(2x - 3)(x + 4)$.</w:t>
      </w:r>
    </w:p>
    <w:p>
      <w:pPr>
        <w:pStyle w:val="ListParagraph"/>
      </w:pPr>
      <w:r>
        <w:rPr>
          <w:sz w:val="22"/>
        </w:rPr>
        <w:t>A. $2x^2 + 6x - 3$</w:t>
      </w:r>
    </w:p>
    <w:p>
      <w:pPr>
        <w:pStyle w:val="ListParagraph"/>
      </w:pPr>
      <w:r>
        <w:rPr>
          <w:sz w:val="22"/>
        </w:rPr>
        <w:t>B. $2x^2 + 5x - 3$</w:t>
      </w:r>
    </w:p>
    <w:p>
      <w:pPr>
        <w:pStyle w:val="ListParagraph"/>
      </w:pPr>
      <w:r>
        <w:rPr>
          <w:sz w:val="22"/>
        </w:rPr>
        <w:t>C. $2x^2 + 5x + 3$</w:t>
      </w:r>
    </w:p>
    <w:p>
      <w:pPr>
        <w:pStyle w:val="ListParagraph"/>
      </w:pPr>
      <w:r>
        <w:rPr>
          <w:sz w:val="22"/>
        </w:rPr>
        <w:t>D. $2x^2 + 7x - 3$</w:t>
      </w:r>
    </w:p>
    <w:p/>
    <w:p>
      <w:r>
        <w:rPr>
          <w:b/>
          <w:sz w:val="24"/>
        </w:rPr>
        <w:t>Câu 2: Khai triển $(x - 2)^3$:</w:t>
      </w:r>
    </w:p>
    <w:p>
      <w:pPr>
        <w:pStyle w:val="ListParagraph"/>
      </w:pPr>
      <w:r>
        <w:rPr>
          <w:sz w:val="22"/>
        </w:rPr>
        <w:t>A. $x^3 - 6x^2 + 6x - 8$</w:t>
      </w:r>
    </w:p>
    <w:p>
      <w:pPr>
        <w:pStyle w:val="ListParagraph"/>
      </w:pPr>
      <w:r>
        <w:rPr>
          <w:sz w:val="22"/>
        </w:rPr>
        <w:t>B. $x^3 - 4x^2 + 8x - 8$</w:t>
      </w:r>
    </w:p>
    <w:p>
      <w:pPr>
        <w:pStyle w:val="ListParagraph"/>
      </w:pPr>
      <w:r>
        <w:rPr>
          <w:sz w:val="22"/>
        </w:rPr>
        <w:t>C. $x^3 - 6x^2 + 12x - 8$</w:t>
      </w:r>
    </w:p>
    <w:p>
      <w:pPr>
        <w:pStyle w:val="ListParagraph"/>
      </w:pPr>
      <w:r>
        <w:rPr>
          <w:sz w:val="22"/>
        </w:rPr>
        <w:t>D. $x^3 + 6x^2 + 12x + 8$</w:t>
      </w:r>
    </w:p>
    <w:p/>
    <w:p>
      <w:r>
        <w:rPr>
          <w:b/>
          <w:sz w:val="24"/>
        </w:rPr>
        <w:t>Câu 3: Khai triển $(3x - 1)^2$:</w:t>
      </w:r>
    </w:p>
    <w:p>
      <w:pPr>
        <w:pStyle w:val="ListParagraph"/>
      </w:pPr>
      <w:r>
        <w:rPr>
          <w:sz w:val="22"/>
        </w:rPr>
        <w:t>A. $9x^2 + 6x + 1$</w:t>
      </w:r>
    </w:p>
    <w:p>
      <w:pPr>
        <w:pStyle w:val="ListParagraph"/>
      </w:pPr>
      <w:r>
        <w:rPr>
          <w:sz w:val="22"/>
        </w:rPr>
        <w:t>B. $9x^2 - 3x + 1$</w:t>
      </w:r>
    </w:p>
    <w:p>
      <w:pPr>
        <w:pStyle w:val="ListParagraph"/>
      </w:pPr>
      <w:r>
        <w:rPr>
          <w:sz w:val="22"/>
        </w:rPr>
        <w:t>C. $3x^2 - 6x + 1$</w:t>
      </w:r>
    </w:p>
    <w:p>
      <w:pPr>
        <w:pStyle w:val="ListParagraph"/>
      </w:pPr>
      <w:r>
        <w:rPr>
          <w:sz w:val="22"/>
        </w:rPr>
        <w:t>D. $9x^2 - 6x + 1$</w:t>
      </w:r>
    </w:p>
    <w:p/>
    <w:p>
      <w:r>
        <w:rPr>
          <w:b/>
          <w:sz w:val="24"/>
        </w:rPr>
        <w:t>Câu 4: Phân tích đa thức $x^2 + 4x + 4$ thành nhân tử:</w:t>
      </w:r>
    </w:p>
    <w:p>
      <w:pPr>
        <w:pStyle w:val="ListParagraph"/>
      </w:pPr>
      <w:r>
        <w:rPr>
          <w:sz w:val="22"/>
        </w:rPr>
        <w:t>A. $(x-2)^2$</w:t>
      </w:r>
    </w:p>
    <w:p>
      <w:pPr>
        <w:pStyle w:val="ListParagraph"/>
      </w:pPr>
      <w:r>
        <w:rPr>
          <w:sz w:val="22"/>
        </w:rPr>
        <w:t>B. $(x+2)^2$</w:t>
      </w:r>
    </w:p>
    <w:p>
      <w:pPr>
        <w:pStyle w:val="ListParagraph"/>
      </w:pPr>
      <w:r>
        <w:rPr>
          <w:sz w:val="22"/>
        </w:rPr>
        <w:t>C. $(x+4)^2$</w:t>
      </w:r>
    </w:p>
    <w:p>
      <w:pPr>
        <w:pStyle w:val="ListParagraph"/>
      </w:pPr>
      <w:r>
        <w:rPr>
          <w:sz w:val="22"/>
        </w:rPr>
        <w:t>D. $(x+2)(x-2)$</w:t>
      </w:r>
    </w:p>
    <w:p/>
    <w:p>
      <w:r>
        <w:rPr>
          <w:b/>
          <w:sz w:val="24"/>
        </w:rPr>
        <w:t>Câu 5: Phân tích đa thức $9x^2 - 16$ thành nhân tử:</w:t>
      </w:r>
    </w:p>
    <w:p>
      <w:pPr>
        <w:pStyle w:val="ListParagraph"/>
      </w:pPr>
      <w:r>
        <w:rPr>
          <w:sz w:val="22"/>
        </w:rPr>
        <w:t>A. $(3x-4)^2$</w:t>
      </w:r>
    </w:p>
    <w:p>
      <w:pPr>
        <w:pStyle w:val="ListParagraph"/>
      </w:pPr>
      <w:r>
        <w:rPr>
          <w:sz w:val="22"/>
        </w:rPr>
        <w:t>B. $(9x-4)(9x+4)$</w:t>
      </w:r>
    </w:p>
    <w:p>
      <w:pPr>
        <w:pStyle w:val="ListParagraph"/>
      </w:pPr>
      <w:r>
        <w:rPr>
          <w:sz w:val="22"/>
        </w:rPr>
        <w:t>C. $(3x+4)(3x-4)$</w:t>
      </w:r>
    </w:p>
    <w:p>
      <w:pPr>
        <w:pStyle w:val="ListParagraph"/>
      </w:pPr>
      <w:r>
        <w:rPr>
          <w:sz w:val="22"/>
        </w:rPr>
        <w:t>D. $(3x-16)(3x+16)$</w:t>
      </w:r>
    </w:p>
    <w:p/>
    <w:p>
      <w:r>
        <w:rPr>
          <w:b/>
          <w:sz w:val="24"/>
        </w:rPr>
        <w:t>Câu 6: Tìm $x$ biết $x^2 - 100 = 0$:</w:t>
      </w:r>
    </w:p>
    <w:p>
      <w:pPr>
        <w:pStyle w:val="ListParagraph"/>
      </w:pPr>
      <w:r>
        <w:rPr>
          <w:sz w:val="22"/>
        </w:rPr>
        <w:t>A. $x = 10$</w:t>
      </w:r>
    </w:p>
    <w:p>
      <w:pPr>
        <w:pStyle w:val="ListParagraph"/>
      </w:pPr>
      <w:r>
        <w:rPr>
          <w:sz w:val="22"/>
        </w:rPr>
        <w:t>B. $x = -10$</w:t>
      </w:r>
    </w:p>
    <w:p>
      <w:pPr>
        <w:pStyle w:val="ListParagraph"/>
      </w:pPr>
      <w:r>
        <w:rPr>
          <w:sz w:val="22"/>
        </w:rPr>
        <w:t>C. $x = 100$</w:t>
      </w:r>
    </w:p>
    <w:p>
      <w:pPr>
        <w:pStyle w:val="ListParagraph"/>
      </w:pPr>
      <w:r>
        <w:rPr>
          <w:sz w:val="22"/>
        </w:rPr>
        <w:t>D. $x = 10$ hoặc $x = -10$</w:t>
      </w:r>
    </w:p>
    <w:p/>
    <w:p>
      <w:r>
        <w:rPr>
          <w:b/>
          <w:sz w:val="24"/>
        </w:rPr>
        <w:t>Câu 7: Kết quả của phép chia $(15x^5 - 10x^3 + 5x^2) : 5x^2$ là:</w:t>
      </w:r>
    </w:p>
    <w:p>
      <w:pPr>
        <w:pStyle w:val="ListParagraph"/>
      </w:pPr>
      <w:r>
        <w:rPr>
          <w:sz w:val="22"/>
        </w:rPr>
        <w:t>A. $3x^3 - 2x$</w:t>
      </w:r>
    </w:p>
    <w:p>
      <w:pPr>
        <w:pStyle w:val="ListParagraph"/>
      </w:pPr>
      <w:r>
        <w:rPr>
          <w:sz w:val="22"/>
        </w:rPr>
        <w:t>B. $3x^3 - 2x + 1$</w:t>
      </w:r>
    </w:p>
    <w:p>
      <w:pPr>
        <w:pStyle w:val="ListParagraph"/>
      </w:pPr>
      <w:r>
        <w:rPr>
          <w:sz w:val="22"/>
        </w:rPr>
        <w:t>C. $3x^5 - 2x^3 + x^2$</w:t>
      </w:r>
    </w:p>
    <w:p>
      <w:pPr>
        <w:pStyle w:val="ListParagraph"/>
      </w:pPr>
      <w:r>
        <w:rPr>
          <w:sz w:val="22"/>
        </w:rPr>
        <w:t>D. $15x^3 - 10x + 5$</w:t>
      </w:r>
    </w:p>
    <w:p/>
    <w:p>
      <w:r>
        <w:rPr>
          <w:b/>
          <w:sz w:val="24"/>
        </w:rPr>
        <w:t>Câu 8: Cho hình bình hành $ABCD$. Khẳng định nào sau đây là đúng?</w:t>
      </w:r>
    </w:p>
    <w:p>
      <w:pPr>
        <w:pStyle w:val="ListParagraph"/>
      </w:pPr>
      <w:r>
        <w:rPr>
          <w:sz w:val="22"/>
        </w:rPr>
        <w:t>A. Hai đường chéo bằng nhau.</w:t>
      </w:r>
    </w:p>
    <w:p>
      <w:pPr>
        <w:pStyle w:val="ListParagraph"/>
      </w:pPr>
      <w:r>
        <w:rPr>
          <w:sz w:val="22"/>
        </w:rPr>
        <w:t>B. Hai cạnh kề bằng nhau.</w:t>
      </w:r>
    </w:p>
    <w:p>
      <w:pPr>
        <w:pStyle w:val="ListParagraph"/>
      </w:pPr>
      <w:r>
        <w:rPr>
          <w:sz w:val="22"/>
        </w:rPr>
        <w:t>C. Hai đường chéo cắt nhau tại trung điểm mỗi đường.</w:t>
      </w:r>
    </w:p>
    <w:p>
      <w:pPr>
        <w:pStyle w:val="ListParagraph"/>
      </w:pPr>
      <w:r>
        <w:rPr>
          <w:sz w:val="22"/>
        </w:rPr>
        <w:t>D. Hai đường chéo vuông góc với nhau.</w:t>
      </w:r>
    </w:p>
    <w:p/>
    <w:p>
      <w:r>
        <w:rPr>
          <w:b/>
          <w:sz w:val="24"/>
        </w:rPr>
        <w:t>Câu 9: Cho hình thang $ABCD$ ($AB \parallel CD$) có $\angle A = 60^\circ$. Số đo góc $D$ là:</w:t>
      </w:r>
    </w:p>
    <w:p>
      <w:pPr>
        <w:pStyle w:val="ListParagraph"/>
      </w:pPr>
      <w:r>
        <w:rPr>
          <w:sz w:val="22"/>
        </w:rPr>
        <w:t>A. $120^\circ$</w:t>
      </w:r>
    </w:p>
    <w:p>
      <w:pPr>
        <w:pStyle w:val="ListParagraph"/>
      </w:pPr>
      <w:r>
        <w:rPr>
          <w:sz w:val="22"/>
        </w:rPr>
        <w:t>B. $60^\circ$</w:t>
      </w:r>
    </w:p>
    <w:p>
      <w:pPr>
        <w:pStyle w:val="ListParagraph"/>
      </w:pPr>
      <w:r>
        <w:rPr>
          <w:sz w:val="22"/>
        </w:rPr>
        <w:t>C. $90^\circ$</w:t>
      </w:r>
    </w:p>
    <w:p>
      <w:pPr>
        <w:pStyle w:val="ListParagraph"/>
      </w:pPr>
      <w:r>
        <w:rPr>
          <w:sz w:val="22"/>
        </w:rPr>
        <w:t>D. $180^\circ$</w:t>
      </w:r>
    </w:p>
    <w:p/>
    <w:p>
      <w:r>
        <w:rPr>
          <w:b/>
          <w:sz w:val="24"/>
        </w:rPr>
        <w:t>Câu 10: Khẳng định nào sau đây là sai đối với hình thoi?</w:t>
      </w:r>
    </w:p>
    <w:p>
      <w:pPr>
        <w:pStyle w:val="ListParagraph"/>
      </w:pPr>
      <w:r>
        <w:rPr>
          <w:sz w:val="22"/>
        </w:rPr>
        <w:t>A. Các cạnh đối song song.</w:t>
      </w:r>
    </w:p>
    <w:p>
      <w:pPr>
        <w:pStyle w:val="ListParagraph"/>
      </w:pPr>
      <w:r>
        <w:rPr>
          <w:sz w:val="22"/>
        </w:rPr>
        <w:t>B. Các góc đối bằng nhau.</w:t>
      </w:r>
    </w:p>
    <w:p>
      <w:pPr>
        <w:pStyle w:val="ListParagraph"/>
      </w:pPr>
      <w:r>
        <w:rPr>
          <w:sz w:val="22"/>
        </w:rPr>
        <w:t>C. Các cạnh đối bằng nhau.</w:t>
      </w:r>
    </w:p>
    <w:p>
      <w:pPr>
        <w:pStyle w:val="ListParagraph"/>
      </w:pPr>
      <w:r>
        <w:rPr>
          <w:sz w:val="22"/>
        </w:rPr>
        <w:t>D. Hai đường chéo bằng nhau.</w:t>
      </w:r>
    </w:p>
    <w:p/>
    <w:p>
      <w:r>
        <w:rPr>
          <w:b/>
          <w:sz w:val="24"/>
        </w:rPr>
        <w:t>Câu 11: Một hình chữ nhật có chiều dài $8$ cm, chiều rộng $5$ cm. Chu vi là:</w:t>
      </w:r>
    </w:p>
    <w:p>
      <w:pPr>
        <w:pStyle w:val="ListParagraph"/>
      </w:pPr>
      <w:r>
        <w:rPr>
          <w:sz w:val="22"/>
        </w:rPr>
        <w:t>A. $40$ cm</w:t>
      </w:r>
    </w:p>
    <w:p>
      <w:pPr>
        <w:pStyle w:val="ListParagraph"/>
      </w:pPr>
      <w:r>
        <w:rPr>
          <w:sz w:val="22"/>
        </w:rPr>
        <w:t>B. $26$ cm</w:t>
      </w:r>
    </w:p>
    <w:p>
      <w:pPr>
        <w:pStyle w:val="ListParagraph"/>
      </w:pPr>
      <w:r>
        <w:rPr>
          <w:sz w:val="22"/>
        </w:rPr>
        <w:t>C. $13$ cm</w:t>
      </w:r>
    </w:p>
    <w:p>
      <w:pPr>
        <w:pStyle w:val="ListParagraph"/>
      </w:pPr>
      <w:r>
        <w:rPr>
          <w:sz w:val="22"/>
        </w:rPr>
        <w:t>D. $20$ cm</w:t>
      </w:r>
    </w:p>
    <w:p/>
    <w:p>
      <w:r>
        <w:rPr>
          <w:b/>
          <w:sz w:val="24"/>
        </w:rPr>
        <w:t>Câu 12: Diện tích hình vuông có cạnh $6$ cm là:</w:t>
      </w:r>
    </w:p>
    <w:p>
      <w:pPr>
        <w:pStyle w:val="ListParagraph"/>
      </w:pPr>
      <w:r>
        <w:rPr>
          <w:sz w:val="22"/>
        </w:rPr>
        <w:t>A. $12$ cm$^2$</w:t>
      </w:r>
    </w:p>
    <w:p>
      <w:pPr>
        <w:pStyle w:val="ListParagraph"/>
      </w:pPr>
      <w:r>
        <w:rPr>
          <w:sz w:val="22"/>
        </w:rPr>
        <w:t>B. $24$ cm$^2$</w:t>
      </w:r>
    </w:p>
    <w:p>
      <w:pPr>
        <w:pStyle w:val="ListParagraph"/>
      </w:pPr>
      <w:r>
        <w:rPr>
          <w:sz w:val="22"/>
        </w:rPr>
        <w:t>C. $36$ cm$^2$</w:t>
      </w:r>
    </w:p>
    <w:p>
      <w:pPr>
        <w:pStyle w:val="ListParagraph"/>
      </w:pPr>
      <w:r>
        <w:rPr>
          <w:sz w:val="22"/>
        </w:rPr>
        <w:t>D. $48$ cm$^2$</w:t>
      </w:r>
    </w:p>
    <w:p/>
    <w:p>
      <w:r>
        <w:rPr>
          <w:b/>
          <w:sz w:val="24"/>
        </w:rPr>
        <w:t>Câu 13: Phân tích đa thức $x^2 + x - 6$ thành nhân tử:</w:t>
      </w:r>
    </w:p>
    <w:p>
      <w:pPr>
        <w:pStyle w:val="ListParagraph"/>
      </w:pPr>
      <w:r>
        <w:rPr>
          <w:sz w:val="22"/>
        </w:rPr>
        <w:t>A. $(x-3)(x+2)$</w:t>
      </w:r>
    </w:p>
    <w:p>
      <w:pPr>
        <w:pStyle w:val="ListParagraph"/>
      </w:pPr>
      <w:r>
        <w:rPr>
          <w:sz w:val="22"/>
        </w:rPr>
        <w:t>B. $(x+3)(x-2)$</w:t>
      </w:r>
    </w:p>
    <w:p>
      <w:pPr>
        <w:pStyle w:val="ListParagraph"/>
      </w:pPr>
      <w:r>
        <w:rPr>
          <w:sz w:val="22"/>
        </w:rPr>
        <w:t>C. $(x+6)(x-1)$</w:t>
      </w:r>
    </w:p>
    <w:p>
      <w:pPr>
        <w:pStyle w:val="ListParagraph"/>
      </w:pPr>
      <w:r>
        <w:rPr>
          <w:sz w:val="22"/>
        </w:rPr>
        <w:t>D. $(x-6)(x+1)$</w:t>
      </w:r>
    </w:p>
    <w:p/>
    <w:p>
      <w:r>
        <w:rPr>
          <w:b/>
          <w:sz w:val="24"/>
        </w:rPr>
        <w:t>Câu 14: Tìm $x$ biết $x^2 - 3x + 2 = 0$:</w:t>
      </w:r>
    </w:p>
    <w:p>
      <w:pPr>
        <w:pStyle w:val="ListParagraph"/>
      </w:pPr>
      <w:r>
        <w:rPr>
          <w:sz w:val="22"/>
        </w:rPr>
        <w:t>A. $x = 1$ hoặc $x = -2$</w:t>
      </w:r>
    </w:p>
    <w:p>
      <w:pPr>
        <w:pStyle w:val="ListParagraph"/>
      </w:pPr>
      <w:r>
        <w:rPr>
          <w:sz w:val="22"/>
        </w:rPr>
        <w:t>B. $x = -1$ hoặc $x = -2$</w:t>
      </w:r>
    </w:p>
    <w:p>
      <w:pPr>
        <w:pStyle w:val="ListParagraph"/>
      </w:pPr>
      <w:r>
        <w:rPr>
          <w:sz w:val="22"/>
        </w:rPr>
        <w:t>C. $x = 1$ hoặc $x = 2$</w:t>
      </w:r>
    </w:p>
    <w:p>
      <w:pPr>
        <w:pStyle w:val="ListParagraph"/>
      </w:pPr>
      <w:r>
        <w:rPr>
          <w:sz w:val="22"/>
        </w:rPr>
        <w:t>D. $x = -1$ hoặc $x = 2$</w:t>
      </w:r>
    </w:p>
    <w:p/>
    <w:p>
      <w:r>
        <w:rPr>
          <w:b/>
          <w:sz w:val="24"/>
        </w:rPr>
        <w:t>Câu 15: Giá trị của $2021^2 - 2019^2$ bằng:</w:t>
      </w:r>
    </w:p>
    <w:p>
      <w:pPr>
        <w:pStyle w:val="ListParagraph"/>
      </w:pPr>
      <w:r>
        <w:rPr>
          <w:sz w:val="22"/>
        </w:rPr>
        <w:t>A. $4000$</w:t>
      </w:r>
    </w:p>
    <w:p>
      <w:pPr>
        <w:pStyle w:val="ListParagraph"/>
      </w:pPr>
      <w:r>
        <w:rPr>
          <w:sz w:val="22"/>
        </w:rPr>
        <w:t>B. $4040$</w:t>
      </w:r>
    </w:p>
    <w:p>
      <w:pPr>
        <w:pStyle w:val="ListParagraph"/>
      </w:pPr>
      <w:r>
        <w:rPr>
          <w:sz w:val="22"/>
        </w:rPr>
        <w:t>C. $808000$</w:t>
      </w:r>
    </w:p>
    <w:p>
      <w:pPr>
        <w:pStyle w:val="ListParagraph"/>
      </w:pPr>
      <w:r>
        <w:rPr>
          <w:sz w:val="22"/>
        </w:rPr>
        <w:t>D. $8080$</w:t>
      </w:r>
    </w:p>
    <w:p/>
    <w:p>
      <w:r>
        <w:rPr>
          <w:b/>
          <w:sz w:val="24"/>
        </w:rPr>
        <w:t>Câu 16: Rút gọn biểu thức $A = (x-1)^2 - (x-1)(x+1)$ được:</w:t>
      </w:r>
    </w:p>
    <w:p>
      <w:pPr>
        <w:pStyle w:val="ListParagraph"/>
      </w:pPr>
      <w:r>
        <w:rPr>
          <w:sz w:val="22"/>
        </w:rPr>
        <w:t>A. $2x - 2$</w:t>
      </w:r>
    </w:p>
    <w:p>
      <w:pPr>
        <w:pStyle w:val="ListParagraph"/>
      </w:pPr>
      <w:r>
        <w:rPr>
          <w:sz w:val="22"/>
        </w:rPr>
        <w:t>B. $-2x + 2$</w:t>
      </w:r>
    </w:p>
    <w:p>
      <w:pPr>
        <w:pStyle w:val="ListParagraph"/>
      </w:pPr>
      <w:r>
        <w:rPr>
          <w:sz w:val="22"/>
        </w:rPr>
        <w:t>C. $2x + 2$</w:t>
      </w:r>
    </w:p>
    <w:p>
      <w:pPr>
        <w:pStyle w:val="ListParagraph"/>
      </w:pPr>
      <w:r>
        <w:rPr>
          <w:sz w:val="22"/>
        </w:rPr>
        <w:t>D. $-2x - 2$</w:t>
      </w:r>
    </w:p>
    <w:p/>
    <w:p>
      <w:r>
        <w:rPr>
          <w:b/>
          <w:sz w:val="24"/>
        </w:rPr>
        <w:t>Câu 17: Tứ giác nào sau đây có hai đường chéo vuông góc với nhau?</w:t>
      </w:r>
    </w:p>
    <w:p>
      <w:pPr>
        <w:pStyle w:val="ListParagraph"/>
      </w:pPr>
      <w:r>
        <w:rPr>
          <w:sz w:val="22"/>
        </w:rPr>
        <w:t>A. Hình chữ nhật</w:t>
      </w:r>
    </w:p>
    <w:p>
      <w:pPr>
        <w:pStyle w:val="ListParagraph"/>
      </w:pPr>
      <w:r>
        <w:rPr>
          <w:sz w:val="22"/>
        </w:rPr>
        <w:t>B. Hình thoi</w:t>
      </w:r>
    </w:p>
    <w:p>
      <w:pPr>
        <w:pStyle w:val="ListParagraph"/>
      </w:pPr>
      <w:r>
        <w:rPr>
          <w:sz w:val="22"/>
        </w:rPr>
        <w:t>C. Hình bình hành</w:t>
      </w:r>
    </w:p>
    <w:p>
      <w:pPr>
        <w:pStyle w:val="ListParagraph"/>
      </w:pPr>
      <w:r>
        <w:rPr>
          <w:sz w:val="22"/>
        </w:rPr>
        <w:t>D. Hình thang cân</w:t>
      </w:r>
    </w:p>
    <w:p/>
    <w:p>
      <w:r>
        <w:rPr>
          <w:b/>
          <w:sz w:val="24"/>
        </w:rPr>
        <w:t>Câu 18: Cho hình bình hành $ABCD$. Khẳng định nào sau đây sai?</w:t>
      </w:r>
    </w:p>
    <w:p>
      <w:pPr>
        <w:pStyle w:val="ListParagraph"/>
      </w:pPr>
      <w:r>
        <w:rPr>
          <w:sz w:val="22"/>
        </w:rPr>
        <w:t>A. $AB = CD$</w:t>
      </w:r>
    </w:p>
    <w:p>
      <w:pPr>
        <w:pStyle w:val="ListParagraph"/>
      </w:pPr>
      <w:r>
        <w:rPr>
          <w:sz w:val="22"/>
        </w:rPr>
        <w:t>B. $AD = BC$</w:t>
      </w:r>
    </w:p>
    <w:p>
      <w:pPr>
        <w:pStyle w:val="ListParagraph"/>
      </w:pPr>
      <w:r>
        <w:rPr>
          <w:sz w:val="22"/>
        </w:rPr>
        <w:t>C. $AC = BD$</w:t>
      </w:r>
    </w:p>
    <w:p>
      <w:pPr>
        <w:pStyle w:val="ListParagraph"/>
      </w:pPr>
      <w:r>
        <w:rPr>
          <w:sz w:val="22"/>
        </w:rPr>
        <w:t>D. $AB \parallel CD$</w:t>
      </w:r>
    </w:p>
    <w:p/>
    <w:p>
      <w:r>
        <w:rPr>
          <w:b/>
          <w:sz w:val="24"/>
        </w:rPr>
        <w:t>Câu 19: Tìm $x$ biết $4x^2 - 4x + 1 = 0$:</w:t>
      </w:r>
    </w:p>
    <w:p>
      <w:pPr>
        <w:pStyle w:val="ListParagraph"/>
      </w:pPr>
      <w:r>
        <w:rPr>
          <w:sz w:val="22"/>
        </w:rPr>
        <w:t>A. $x = 1$</w:t>
      </w:r>
    </w:p>
    <w:p>
      <w:pPr>
        <w:pStyle w:val="ListParagraph"/>
      </w:pPr>
      <w:r>
        <w:rPr>
          <w:sz w:val="22"/>
        </w:rPr>
        <w:t>B. $x = -\frac{1}{2}$</w:t>
      </w:r>
    </w:p>
    <w:p>
      <w:pPr>
        <w:pStyle w:val="ListParagraph"/>
      </w:pPr>
      <w:r>
        <w:rPr>
          <w:sz w:val="22"/>
        </w:rPr>
        <w:t>C. $x = \frac{1}{4}$</w:t>
      </w:r>
    </w:p>
    <w:p>
      <w:pPr>
        <w:pStyle w:val="ListParagraph"/>
      </w:pPr>
      <w:r>
        <w:rPr>
          <w:sz w:val="22"/>
        </w:rPr>
        <w:t>D. $x = \frac{1}{2}$</w:t>
      </w:r>
    </w:p>
    <w:p/>
    <w:p>
      <w:r>
        <w:rPr>
          <w:b/>
          <w:sz w:val="24"/>
        </w:rPr>
        <w:t>Câu 20: Kết quả của $(x^3 + 9x^2 + 27x + 27) : (x + 3)$ là:</w:t>
      </w:r>
    </w:p>
    <w:p>
      <w:pPr>
        <w:pStyle w:val="ListParagraph"/>
      </w:pPr>
      <w:r>
        <w:rPr>
          <w:sz w:val="22"/>
        </w:rPr>
        <w:t>A. $x^2 + 3x + 9$</w:t>
      </w:r>
    </w:p>
    <w:p>
      <w:pPr>
        <w:pStyle w:val="ListParagraph"/>
      </w:pPr>
      <w:r>
        <w:rPr>
          <w:sz w:val="22"/>
        </w:rPr>
        <w:t>B. $x^2 + 9x + 27$</w:t>
      </w:r>
    </w:p>
    <w:p>
      <w:pPr>
        <w:pStyle w:val="ListParagraph"/>
      </w:pPr>
      <w:r>
        <w:rPr>
          <w:sz w:val="22"/>
        </w:rPr>
        <w:t>C. $x^2 + 6x + 9$</w:t>
      </w:r>
    </w:p>
    <w:p>
      <w:pPr>
        <w:pStyle w:val="ListParagraph"/>
      </w:pPr>
      <w:r>
        <w:rPr>
          <w:sz w:val="22"/>
        </w:rPr>
        <w:t>D. $x^2 - 6x + 9$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D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D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D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D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C</w:t>
      </w:r>
    </w:p>
    <w:p>
      <w:r>
        <w:rPr>
          <w:b/>
        </w:rPr>
        <w:t>Câu 19: Đáp án đúng: D</w:t>
      </w:r>
    </w:p>
    <w:p>
      <w:r>
        <w:rPr>
          <w:b/>
        </w:rPr>
        <w:t>Câu 20: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