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ôn tập tuần 4 môn Toán lớp 4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Tính giá trị biểu thức: 125 + 75 × 4</w:t>
      </w:r>
    </w:p>
    <w:p>
      <w:pPr>
        <w:pStyle w:val="ListParagraph"/>
      </w:pPr>
      <w:r>
        <w:rPr>
          <w:sz w:val="22"/>
        </w:rPr>
        <w:t>A. 425</w:t>
      </w:r>
    </w:p>
    <w:p>
      <w:pPr>
        <w:pStyle w:val="ListParagraph"/>
      </w:pPr>
      <w:r>
        <w:rPr>
          <w:sz w:val="22"/>
        </w:rPr>
        <w:t>B. 500</w:t>
      </w:r>
    </w:p>
    <w:p>
      <w:pPr>
        <w:pStyle w:val="ListParagraph"/>
      </w:pPr>
      <w:r>
        <w:rPr>
          <w:sz w:val="22"/>
        </w:rPr>
        <w:t>C. 300</w:t>
      </w:r>
    </w:p>
    <w:p>
      <w:pPr>
        <w:pStyle w:val="ListParagraph"/>
      </w:pPr>
      <w:r>
        <w:rPr>
          <w:sz w:val="22"/>
        </w:rPr>
        <w:t>D. 800</w:t>
      </w:r>
    </w:p>
    <w:p/>
    <w:p>
      <w:r>
        <w:rPr>
          <w:b/>
          <w:sz w:val="24"/>
        </w:rPr>
        <w:t>Câu 2: Số lớn nhất trong các số: 45 678; 45 768; 45 687; 45 876</w:t>
      </w:r>
    </w:p>
    <w:p>
      <w:pPr>
        <w:pStyle w:val="ListParagraph"/>
      </w:pPr>
      <w:r>
        <w:rPr>
          <w:sz w:val="22"/>
        </w:rPr>
        <w:t>A. 45 678</w:t>
      </w:r>
    </w:p>
    <w:p>
      <w:pPr>
        <w:pStyle w:val="ListParagraph"/>
      </w:pPr>
      <w:r>
        <w:rPr>
          <w:sz w:val="22"/>
        </w:rPr>
        <w:t>B. 45 768</w:t>
      </w:r>
    </w:p>
    <w:p>
      <w:pPr>
        <w:pStyle w:val="ListParagraph"/>
      </w:pPr>
      <w:r>
        <w:rPr>
          <w:sz w:val="22"/>
        </w:rPr>
        <w:t>C. 45 687</w:t>
      </w:r>
    </w:p>
    <w:p>
      <w:pPr>
        <w:pStyle w:val="ListParagraph"/>
      </w:pPr>
      <w:r>
        <w:rPr>
          <w:sz w:val="22"/>
        </w:rPr>
        <w:t>D. 45 876</w:t>
      </w:r>
    </w:p>
    <w:p/>
    <w:p>
      <w:r>
        <w:rPr>
          <w:b/>
          <w:sz w:val="24"/>
        </w:rPr>
        <w:t>Câu 3: Kết quả của phép chia 3 456 : 8 là:</w:t>
      </w:r>
    </w:p>
    <w:p>
      <w:pPr>
        <w:pStyle w:val="ListParagraph"/>
      </w:pPr>
      <w:r>
        <w:rPr>
          <w:sz w:val="22"/>
        </w:rPr>
        <w:t>A. 432</w:t>
      </w:r>
    </w:p>
    <w:p>
      <w:pPr>
        <w:pStyle w:val="ListParagraph"/>
      </w:pPr>
      <w:r>
        <w:rPr>
          <w:sz w:val="22"/>
        </w:rPr>
        <w:t>B. 423</w:t>
      </w:r>
    </w:p>
    <w:p>
      <w:pPr>
        <w:pStyle w:val="ListParagraph"/>
      </w:pPr>
      <w:r>
        <w:rPr>
          <w:sz w:val="22"/>
        </w:rPr>
        <w:t>C. 4320</w:t>
      </w:r>
    </w:p>
    <w:p>
      <w:pPr>
        <w:pStyle w:val="ListParagraph"/>
      </w:pPr>
      <w:r>
        <w:rPr>
          <w:sz w:val="22"/>
        </w:rPr>
        <w:t>D. 442</w:t>
      </w:r>
    </w:p>
    <w:p/>
    <w:p>
      <w:r>
        <w:rPr>
          <w:b/>
          <w:sz w:val="24"/>
        </w:rPr>
        <w:t>Câu 4: Chu vi hình chữ nhật có chiều dài 12 cm, chiều rộng 8 cm là:</w:t>
      </w:r>
    </w:p>
    <w:p>
      <w:pPr>
        <w:pStyle w:val="ListParagraph"/>
      </w:pPr>
      <w:r>
        <w:rPr>
          <w:sz w:val="22"/>
        </w:rPr>
        <w:t>A. 20 cm</w:t>
      </w:r>
    </w:p>
    <w:p>
      <w:pPr>
        <w:pStyle w:val="ListParagraph"/>
      </w:pPr>
      <w:r>
        <w:rPr>
          <w:sz w:val="22"/>
        </w:rPr>
        <w:t>B. 40 cm</w:t>
      </w:r>
    </w:p>
    <w:p>
      <w:pPr>
        <w:pStyle w:val="ListParagraph"/>
      </w:pPr>
      <w:r>
        <w:rPr>
          <w:sz w:val="22"/>
        </w:rPr>
        <w:t>C. 96 cm</w:t>
      </w:r>
    </w:p>
    <w:p>
      <w:pPr>
        <w:pStyle w:val="ListParagraph"/>
      </w:pPr>
      <w:r>
        <w:rPr>
          <w:sz w:val="22"/>
        </w:rPr>
        <w:t>D. 32 cm</w:t>
      </w:r>
    </w:p>
    <w:p/>
    <w:p>
      <w:r>
        <w:rPr>
          <w:b/>
          <w:sz w:val="24"/>
        </w:rPr>
        <w:t>Câu 5: Số thích hợp điền vào chỗ chấm: 3 tấn 50 kg = ... kg</w:t>
      </w:r>
    </w:p>
    <w:p>
      <w:pPr>
        <w:pStyle w:val="ListParagraph"/>
      </w:pPr>
      <w:r>
        <w:rPr>
          <w:sz w:val="22"/>
        </w:rPr>
        <w:t>A. 350 kg</w:t>
      </w:r>
    </w:p>
    <w:p>
      <w:pPr>
        <w:pStyle w:val="ListParagraph"/>
      </w:pPr>
      <w:r>
        <w:rPr>
          <w:sz w:val="22"/>
        </w:rPr>
        <w:t>B. 3050 kg</w:t>
      </w:r>
    </w:p>
    <w:p>
      <w:pPr>
        <w:pStyle w:val="ListParagraph"/>
      </w:pPr>
      <w:r>
        <w:rPr>
          <w:sz w:val="22"/>
        </w:rPr>
        <w:t>C. 3500 kg</w:t>
      </w:r>
    </w:p>
    <w:p>
      <w:pPr>
        <w:pStyle w:val="ListParagraph"/>
      </w:pPr>
      <w:r>
        <w:rPr>
          <w:sz w:val="22"/>
        </w:rPr>
        <w:t>D. 30050 kg</w:t>
      </w:r>
    </w:p>
    <w:p/>
    <w:p>
      <w:r>
        <w:rPr>
          <w:b/>
          <w:sz w:val="24"/>
        </w:rPr>
        <w:t>Câu 6: Rút gọn phân số 18/24 được phân số tối giản là:</w:t>
      </w:r>
    </w:p>
    <w:p>
      <w:pPr>
        <w:pStyle w:val="ListParagraph"/>
      </w:pPr>
      <w:r>
        <w:rPr>
          <w:sz w:val="22"/>
        </w:rPr>
        <w:t>A. 3/4</w:t>
      </w:r>
    </w:p>
    <w:p>
      <w:pPr>
        <w:pStyle w:val="ListParagraph"/>
      </w:pPr>
      <w:r>
        <w:rPr>
          <w:sz w:val="22"/>
        </w:rPr>
        <w:t>B. 2/3</w:t>
      </w:r>
    </w:p>
    <w:p>
      <w:pPr>
        <w:pStyle w:val="ListParagraph"/>
      </w:pPr>
      <w:r>
        <w:rPr>
          <w:sz w:val="22"/>
        </w:rPr>
        <w:t>C. 6/8</w:t>
      </w:r>
    </w:p>
    <w:p>
      <w:pPr>
        <w:pStyle w:val="ListParagraph"/>
      </w:pPr>
      <w:r>
        <w:rPr>
          <w:sz w:val="22"/>
        </w:rPr>
        <w:t>D. 9/12</w:t>
      </w:r>
    </w:p>
    <w:p/>
    <w:p>
      <w:r>
        <w:rPr>
          <w:b/>
          <w:sz w:val="24"/>
        </w:rPr>
        <w:t>Câu 7: Trung bình cộng của các số 12, 18, 24 là:</w:t>
      </w:r>
    </w:p>
    <w:p>
      <w:pPr>
        <w:pStyle w:val="ListParagraph"/>
      </w:pPr>
      <w:r>
        <w:rPr>
          <w:sz w:val="22"/>
        </w:rPr>
        <w:t>A. 16</w:t>
      </w:r>
    </w:p>
    <w:p>
      <w:pPr>
        <w:pStyle w:val="ListParagraph"/>
      </w:pPr>
      <w:r>
        <w:rPr>
          <w:sz w:val="22"/>
        </w:rPr>
        <w:t>B. 18</w:t>
      </w:r>
    </w:p>
    <w:p>
      <w:pPr>
        <w:pStyle w:val="ListParagraph"/>
      </w:pPr>
      <w:r>
        <w:rPr>
          <w:sz w:val="22"/>
        </w:rPr>
        <w:t>C. 20</w:t>
      </w:r>
    </w:p>
    <w:p>
      <w:pPr>
        <w:pStyle w:val="ListParagraph"/>
      </w:pPr>
      <w:r>
        <w:rPr>
          <w:sz w:val="22"/>
        </w:rPr>
        <w:t>D. 54</w:t>
      </w:r>
    </w:p>
    <w:p/>
    <w:p>
      <w:r>
        <w:rPr>
          <w:b/>
          <w:sz w:val="24"/>
        </w:rPr>
        <w:t>Câu 8: Một hình vuông có cạnh 7 cm. Diện tích hình vuông đó là:</w:t>
      </w:r>
    </w:p>
    <w:p>
      <w:pPr>
        <w:pStyle w:val="ListParagraph"/>
      </w:pPr>
      <w:r>
        <w:rPr>
          <w:sz w:val="22"/>
        </w:rPr>
        <w:t>A. 28 cm²</w:t>
      </w:r>
    </w:p>
    <w:p>
      <w:pPr>
        <w:pStyle w:val="ListParagraph"/>
      </w:pPr>
      <w:r>
        <w:rPr>
          <w:sz w:val="22"/>
        </w:rPr>
        <w:t>B. 49 cm²</w:t>
      </w:r>
    </w:p>
    <w:p>
      <w:pPr>
        <w:pStyle w:val="ListParagraph"/>
      </w:pPr>
      <w:r>
        <w:rPr>
          <w:sz w:val="22"/>
        </w:rPr>
        <w:t>C. 14 cm²</w:t>
      </w:r>
    </w:p>
    <w:p>
      <w:pPr>
        <w:pStyle w:val="ListParagraph"/>
      </w:pPr>
      <w:r>
        <w:rPr>
          <w:sz w:val="22"/>
        </w:rPr>
        <w:t>D. 21 cm²</w:t>
      </w:r>
    </w:p>
    <w:p/>
    <w:p>
      <w:r>
        <w:rPr>
          <w:b/>
          <w:sz w:val="24"/>
        </w:rPr>
        <w:t>Câu 9: Số nào chia hết cho cả 2 và 5?</w:t>
      </w:r>
    </w:p>
    <w:p>
      <w:pPr>
        <w:pStyle w:val="ListParagraph"/>
      </w:pPr>
      <w:r>
        <w:rPr>
          <w:sz w:val="22"/>
        </w:rPr>
        <w:t>A. 234</w:t>
      </w:r>
    </w:p>
    <w:p>
      <w:pPr>
        <w:pStyle w:val="ListParagraph"/>
      </w:pPr>
      <w:r>
        <w:rPr>
          <w:sz w:val="22"/>
        </w:rPr>
        <w:t>B. 345</w:t>
      </w:r>
    </w:p>
    <w:p>
      <w:pPr>
        <w:pStyle w:val="ListParagraph"/>
      </w:pPr>
      <w:r>
        <w:rPr>
          <w:sz w:val="22"/>
        </w:rPr>
        <w:t>C. 350</w:t>
      </w:r>
    </w:p>
    <w:p>
      <w:pPr>
        <w:pStyle w:val="ListParagraph"/>
      </w:pPr>
      <w:r>
        <w:rPr>
          <w:sz w:val="22"/>
        </w:rPr>
        <w:t>D. 455</w:t>
      </w:r>
    </w:p>
    <w:p/>
    <w:p>
      <w:r>
        <w:rPr>
          <w:b/>
          <w:sz w:val="24"/>
        </w:rPr>
        <w:t>Câu 10: Giá trị của x trong biểu thức x × 6 = 42 là: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9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