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ANH 10 - GLOBAL SUCCESS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The person in a family who earns money to support the rest is the ______.</w:t>
      </w:r>
    </w:p>
    <w:p>
      <w:pPr>
        <w:pStyle w:val="ListParagraph"/>
      </w:pPr>
      <w:r>
        <w:rPr>
          <w:sz w:val="22"/>
        </w:rPr>
        <w:t>A. homemaker</w:t>
      </w:r>
    </w:p>
    <w:p>
      <w:pPr>
        <w:pStyle w:val="ListParagraph"/>
      </w:pPr>
      <w:r>
        <w:rPr>
          <w:sz w:val="22"/>
        </w:rPr>
        <w:t>B. breadwinner</w:t>
      </w:r>
    </w:p>
    <w:p>
      <w:pPr>
        <w:pStyle w:val="ListParagraph"/>
      </w:pPr>
      <w:r>
        <w:rPr>
          <w:sz w:val="22"/>
        </w:rPr>
        <w:t>C. cleaner</w:t>
      </w:r>
    </w:p>
    <w:p>
      <w:pPr>
        <w:pStyle w:val="ListParagraph"/>
      </w:pPr>
      <w:r>
        <w:rPr>
          <w:sz w:val="22"/>
        </w:rPr>
        <w:t>D. babysitter</w:t>
      </w:r>
    </w:p>
    <w:p/>
    <w:p>
      <w:r>
        <w:rPr>
          <w:b/>
          <w:sz w:val="24"/>
        </w:rPr>
        <w:t>Câu 2: To clean a floor with a wet cloth, you need to ______ it.</w:t>
      </w:r>
    </w:p>
    <w:p>
      <w:pPr>
        <w:pStyle w:val="ListParagraph"/>
      </w:pPr>
      <w:r>
        <w:rPr>
          <w:sz w:val="22"/>
        </w:rPr>
        <w:t>A. sweep</w:t>
      </w:r>
    </w:p>
    <w:p>
      <w:pPr>
        <w:pStyle w:val="ListParagraph"/>
      </w:pPr>
      <w:r>
        <w:rPr>
          <w:sz w:val="22"/>
        </w:rPr>
        <w:t>B. dust</w:t>
      </w:r>
    </w:p>
    <w:p>
      <w:pPr>
        <w:pStyle w:val="ListParagraph"/>
      </w:pPr>
      <w:r>
        <w:rPr>
          <w:sz w:val="22"/>
        </w:rPr>
        <w:t>C. mop</w:t>
      </w:r>
    </w:p>
    <w:p>
      <w:pPr>
        <w:pStyle w:val="ListParagraph"/>
      </w:pPr>
      <w:r>
        <w:rPr>
          <w:sz w:val="22"/>
        </w:rPr>
        <w:t>D. iron</w:t>
      </w:r>
    </w:p>
    <w:p/>
    <w:p>
      <w:r>
        <w:rPr>
          <w:b/>
          <w:sz w:val="24"/>
        </w:rPr>
        <w:t>Câu 3: Which phrase means 'wash the dishes, glasses, etc. after a meal'?</w:t>
      </w:r>
    </w:p>
    <w:p>
      <w:pPr>
        <w:pStyle w:val="ListParagraph"/>
      </w:pPr>
      <w:r>
        <w:rPr>
          <w:sz w:val="22"/>
        </w:rPr>
        <w:t>A. do the washing-up</w:t>
      </w:r>
    </w:p>
    <w:p>
      <w:pPr>
        <w:pStyle w:val="ListParagraph"/>
      </w:pPr>
      <w:r>
        <w:rPr>
          <w:sz w:val="22"/>
        </w:rPr>
        <w:t>B. take out the rubbish</w:t>
      </w:r>
    </w:p>
    <w:p>
      <w:pPr>
        <w:pStyle w:val="ListParagraph"/>
      </w:pPr>
      <w:r>
        <w:rPr>
          <w:sz w:val="22"/>
        </w:rPr>
        <w:t>C. do the laundry</w:t>
      </w:r>
    </w:p>
    <w:p>
      <w:pPr>
        <w:pStyle w:val="ListParagraph"/>
      </w:pPr>
      <w:r>
        <w:rPr>
          <w:sz w:val="22"/>
        </w:rPr>
        <w:t>D. tidy up</w:t>
      </w:r>
    </w:p>
    <w:p/>
    <w:p>
      <w:r>
        <w:rPr>
          <w:b/>
          <w:sz w:val="24"/>
        </w:rPr>
        <w:t>Câu 4: Vegetables, eggs, meat and milk are all ______ you buy at the supermarket.</w:t>
      </w:r>
    </w:p>
    <w:p>
      <w:pPr>
        <w:pStyle w:val="ListParagraph"/>
      </w:pPr>
      <w:r>
        <w:rPr>
          <w:sz w:val="22"/>
        </w:rPr>
        <w:t>A. chores</w:t>
      </w:r>
    </w:p>
    <w:p>
      <w:pPr>
        <w:pStyle w:val="ListParagraph"/>
      </w:pPr>
      <w:r>
        <w:rPr>
          <w:sz w:val="22"/>
        </w:rPr>
        <w:t>B. groceries</w:t>
      </w:r>
    </w:p>
    <w:p>
      <w:pPr>
        <w:pStyle w:val="ListParagraph"/>
      </w:pPr>
      <w:r>
        <w:rPr>
          <w:sz w:val="22"/>
        </w:rPr>
        <w:t>C. appliances</w:t>
      </w:r>
    </w:p>
    <w:p>
      <w:pPr>
        <w:pStyle w:val="ListParagraph"/>
      </w:pPr>
      <w:r>
        <w:rPr>
          <w:sz w:val="22"/>
        </w:rPr>
        <w:t>D. routines</w:t>
      </w:r>
    </w:p>
    <w:p/>
    <w:p>
      <w:r>
        <w:rPr>
          <w:b/>
          <w:sz w:val="24"/>
        </w:rPr>
        <w:t>Câu 5: A person who manages the home, often doing housework and taking care of the family, is called a ______.</w:t>
      </w:r>
    </w:p>
    <w:p>
      <w:pPr>
        <w:pStyle w:val="ListParagraph"/>
      </w:pPr>
      <w:r>
        <w:rPr>
          <w:sz w:val="22"/>
        </w:rPr>
        <w:t>A. breadwinner</w:t>
      </w:r>
    </w:p>
    <w:p>
      <w:pPr>
        <w:pStyle w:val="ListParagraph"/>
      </w:pPr>
      <w:r>
        <w:rPr>
          <w:sz w:val="22"/>
        </w:rPr>
        <w:t>B. houseguest</w:t>
      </w:r>
    </w:p>
    <w:p>
      <w:pPr>
        <w:pStyle w:val="ListParagraph"/>
      </w:pPr>
      <w:r>
        <w:rPr>
          <w:sz w:val="22"/>
        </w:rPr>
        <w:t>C. homemaker</w:t>
      </w:r>
    </w:p>
    <w:p>
      <w:pPr>
        <w:pStyle w:val="ListParagraph"/>
      </w:pPr>
      <w:r>
        <w:rPr>
          <w:sz w:val="22"/>
        </w:rPr>
        <w:t>D. customer</w:t>
      </w:r>
    </w:p>
    <w:p/>
    <w:p>
      <w:r>
        <w:rPr>
          <w:b/>
          <w:sz w:val="24"/>
        </w:rPr>
        <w:t>Câu 6: Helping with chores together can ______ the bond between parents and children.</w:t>
      </w:r>
    </w:p>
    <w:p>
      <w:pPr>
        <w:pStyle w:val="ListParagraph"/>
      </w:pPr>
      <w:r>
        <w:rPr>
          <w:sz w:val="22"/>
        </w:rPr>
        <w:t>A. divide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throw</w:t>
      </w:r>
    </w:p>
    <w:p>
      <w:pPr>
        <w:pStyle w:val="ListParagraph"/>
      </w:pPr>
      <w:r>
        <w:rPr>
          <w:sz w:val="22"/>
        </w:rPr>
        <w:t>D. lose</w:t>
      </w:r>
    </w:p>
    <w:p/>
    <w:p>
      <w:r>
        <w:rPr>
          <w:b/>
          <w:sz w:val="24"/>
        </w:rPr>
        <w:t>Câu 7: To make clothes smooth with a hot device, you ______ them.</w:t>
      </w:r>
    </w:p>
    <w:p>
      <w:pPr>
        <w:pStyle w:val="ListParagraph"/>
      </w:pPr>
      <w:r>
        <w:rPr>
          <w:sz w:val="22"/>
        </w:rPr>
        <w:t>A. fold</w:t>
      </w:r>
    </w:p>
    <w:p>
      <w:pPr>
        <w:pStyle w:val="ListParagraph"/>
      </w:pPr>
      <w:r>
        <w:rPr>
          <w:sz w:val="22"/>
        </w:rPr>
        <w:t>B. sweep</w:t>
      </w:r>
    </w:p>
    <w:p>
      <w:pPr>
        <w:pStyle w:val="ListParagraph"/>
      </w:pPr>
      <w:r>
        <w:rPr>
          <w:sz w:val="22"/>
        </w:rPr>
        <w:t>C. wash</w:t>
      </w:r>
    </w:p>
    <w:p>
      <w:pPr>
        <w:pStyle w:val="ListParagraph"/>
      </w:pPr>
      <w:r>
        <w:rPr>
          <w:sz w:val="22"/>
        </w:rPr>
        <w:t>D. iron</w:t>
      </w:r>
    </w:p>
    <w:p/>
    <w:p>
      <w:r>
        <w:rPr>
          <w:b/>
          <w:sz w:val="24"/>
        </w:rPr>
        <w:t>Câu 8: Every evening, my father ______ the rubbish from the kitchen.</w:t>
      </w:r>
    </w:p>
    <w:p>
      <w:pPr>
        <w:pStyle w:val="ListParagraph"/>
      </w:pPr>
      <w:r>
        <w:rPr>
          <w:sz w:val="22"/>
        </w:rPr>
        <w:t>A. takes off</w:t>
      </w:r>
    </w:p>
    <w:p>
      <w:pPr>
        <w:pStyle w:val="ListParagraph"/>
      </w:pPr>
      <w:r>
        <w:rPr>
          <w:sz w:val="22"/>
        </w:rPr>
        <w:t>B. takes after</w:t>
      </w:r>
    </w:p>
    <w:p>
      <w:pPr>
        <w:pStyle w:val="ListParagraph"/>
      </w:pPr>
      <w:r>
        <w:rPr>
          <w:sz w:val="22"/>
        </w:rPr>
        <w:t>C. takes out</w:t>
      </w:r>
    </w:p>
    <w:p>
      <w:pPr>
        <w:pStyle w:val="ListParagraph"/>
      </w:pPr>
      <w:r>
        <w:rPr>
          <w:sz w:val="22"/>
        </w:rPr>
        <w:t>D. takes in</w:t>
      </w:r>
    </w:p>
    <w:p/>
    <w:p>
      <w:r>
        <w:rPr>
          <w:b/>
          <w:sz w:val="24"/>
        </w:rPr>
        <w:t>Câu 9: Being able to cook healthy meals is an important ______ that everyone should learn.</w:t>
      </w:r>
    </w:p>
    <w:p>
      <w:pPr>
        <w:pStyle w:val="ListParagraph"/>
      </w:pPr>
      <w:r>
        <w:rPr>
          <w:sz w:val="22"/>
        </w:rPr>
        <w:t>A. homework</w:t>
      </w:r>
    </w:p>
    <w:p>
      <w:pPr>
        <w:pStyle w:val="ListParagraph"/>
      </w:pPr>
      <w:r>
        <w:rPr>
          <w:sz w:val="22"/>
        </w:rPr>
        <w:t>B. meal</w:t>
      </w:r>
    </w:p>
    <w:p>
      <w:pPr>
        <w:pStyle w:val="ListParagraph"/>
      </w:pPr>
      <w:r>
        <w:rPr>
          <w:sz w:val="22"/>
        </w:rPr>
        <w:t>C. life skill</w:t>
      </w:r>
    </w:p>
    <w:p>
      <w:pPr>
        <w:pStyle w:val="ListParagraph"/>
      </w:pPr>
      <w:r>
        <w:rPr>
          <w:sz w:val="22"/>
        </w:rPr>
        <w:t>D. device</w:t>
      </w:r>
    </w:p>
    <w:p/>
    <w:p>
      <w:r>
        <w:rPr>
          <w:b/>
          <w:sz w:val="24"/>
        </w:rPr>
        <w:t>Câu 10: The opposite of 'dependent' is ______.</w:t>
      </w:r>
    </w:p>
    <w:p>
      <w:pPr>
        <w:pStyle w:val="ListParagraph"/>
      </w:pPr>
      <w:r>
        <w:rPr>
          <w:sz w:val="22"/>
        </w:rPr>
        <w:t>A. irresponsible</w:t>
      </w:r>
    </w:p>
    <w:p>
      <w:pPr>
        <w:pStyle w:val="ListParagraph"/>
      </w:pPr>
      <w:r>
        <w:rPr>
          <w:sz w:val="22"/>
        </w:rPr>
        <w:t>B. independent</w:t>
      </w:r>
    </w:p>
    <w:p>
      <w:pPr>
        <w:pStyle w:val="ListParagraph"/>
      </w:pPr>
      <w:r>
        <w:rPr>
          <w:sz w:val="22"/>
        </w:rPr>
        <w:t>C. exhausted</w:t>
      </w:r>
    </w:p>
    <w:p>
      <w:pPr>
        <w:pStyle w:val="ListParagraph"/>
      </w:pPr>
      <w:r>
        <w:rPr>
          <w:sz w:val="22"/>
        </w:rPr>
        <w:t>D. overworked</w:t>
      </w:r>
    </w:p>
    <w:p/>
    <w:p>
      <w:r>
        <w:rPr>
          <w:b/>
          <w:sz w:val="24"/>
        </w:rPr>
        <w:t>Câu 11: A ______ is a family that includes only parents and their children.</w:t>
      </w:r>
    </w:p>
    <w:p>
      <w:pPr>
        <w:pStyle w:val="ListParagraph"/>
      </w:pPr>
      <w:r>
        <w:rPr>
          <w:sz w:val="22"/>
        </w:rPr>
        <w:t>A. extended family</w:t>
      </w:r>
    </w:p>
    <w:p>
      <w:pPr>
        <w:pStyle w:val="ListParagraph"/>
      </w:pPr>
      <w:r>
        <w:rPr>
          <w:sz w:val="22"/>
        </w:rPr>
        <w:t>B. community</w:t>
      </w:r>
    </w:p>
    <w:p>
      <w:pPr>
        <w:pStyle w:val="ListParagraph"/>
      </w:pPr>
      <w:r>
        <w:rPr>
          <w:sz w:val="22"/>
        </w:rPr>
        <w:t>C. neighbour</w:t>
      </w:r>
    </w:p>
    <w:p>
      <w:pPr>
        <w:pStyle w:val="ListParagraph"/>
      </w:pPr>
      <w:r>
        <w:rPr>
          <w:sz w:val="22"/>
        </w:rPr>
        <w:t>D. nuclear family</w:t>
      </w:r>
    </w:p>
    <w:p/>
    <w:p>
      <w:r>
        <w:rPr>
          <w:b/>
          <w:sz w:val="24"/>
        </w:rPr>
        <w:t>Câu 12: We should show ______ toward our parents for all the things they have done for us.</w:t>
      </w:r>
    </w:p>
    <w:p>
      <w:pPr>
        <w:pStyle w:val="ListParagraph"/>
      </w:pPr>
      <w:r>
        <w:rPr>
          <w:sz w:val="22"/>
        </w:rPr>
        <w:t>A. conflict</w:t>
      </w:r>
    </w:p>
    <w:p>
      <w:pPr>
        <w:pStyle w:val="ListParagraph"/>
      </w:pPr>
      <w:r>
        <w:rPr>
          <w:sz w:val="22"/>
        </w:rPr>
        <w:t>B. gratitude</w:t>
      </w:r>
    </w:p>
    <w:p>
      <w:pPr>
        <w:pStyle w:val="ListParagraph"/>
      </w:pPr>
      <w:r>
        <w:rPr>
          <w:sz w:val="22"/>
        </w:rPr>
        <w:t>C. burden</w:t>
      </w:r>
    </w:p>
    <w:p>
      <w:pPr>
        <w:pStyle w:val="ListParagraph"/>
      </w:pPr>
      <w:r>
        <w:rPr>
          <w:sz w:val="22"/>
        </w:rPr>
        <w:t>D. routine</w:t>
      </w:r>
    </w:p>
    <w:p/>
    <w:p>
      <w:r>
        <w:rPr>
          <w:b/>
          <w:sz w:val="24"/>
        </w:rPr>
        <w:t>Câu 13: A relationship with no arguments and in which all members live happily together is ______.</w:t>
      </w:r>
    </w:p>
    <w:p>
      <w:pPr>
        <w:pStyle w:val="ListParagraph"/>
      </w:pPr>
      <w:r>
        <w:rPr>
          <w:sz w:val="22"/>
        </w:rPr>
        <w:t>A. stressful</w:t>
      </w:r>
    </w:p>
    <w:p>
      <w:pPr>
        <w:pStyle w:val="ListParagraph"/>
      </w:pPr>
      <w:r>
        <w:rPr>
          <w:sz w:val="22"/>
        </w:rPr>
        <w:t>B. unfair</w:t>
      </w:r>
    </w:p>
    <w:p>
      <w:pPr>
        <w:pStyle w:val="ListParagraph"/>
      </w:pPr>
      <w:r>
        <w:rPr>
          <w:sz w:val="22"/>
        </w:rPr>
        <w:t>C. harmonious</w:t>
      </w:r>
    </w:p>
    <w:p>
      <w:pPr>
        <w:pStyle w:val="ListParagraph"/>
      </w:pPr>
      <w:r>
        <w:rPr>
          <w:sz w:val="22"/>
        </w:rPr>
        <w:t>D. expensive</w:t>
      </w:r>
    </w:p>
    <w:p/>
    <w:p>
      <w:r>
        <w:rPr>
          <w:b/>
          <w:sz w:val="24"/>
        </w:rPr>
        <w:t>Câu 14: Can you ______ my little sister while I'm shopping? I won't be long.</w:t>
      </w:r>
    </w:p>
    <w:p>
      <w:pPr>
        <w:pStyle w:val="ListParagraph"/>
      </w:pPr>
      <w:r>
        <w:rPr>
          <w:sz w:val="22"/>
        </w:rPr>
        <w:t>A. take after</w:t>
      </w:r>
    </w:p>
    <w:p>
      <w:pPr>
        <w:pStyle w:val="ListParagraph"/>
      </w:pPr>
      <w:r>
        <w:rPr>
          <w:sz w:val="22"/>
        </w:rPr>
        <w:t>B. look after</w:t>
      </w:r>
    </w:p>
    <w:p>
      <w:pPr>
        <w:pStyle w:val="ListParagraph"/>
      </w:pPr>
      <w:r>
        <w:rPr>
          <w:sz w:val="22"/>
        </w:rPr>
        <w:t>C. look for</w:t>
      </w:r>
    </w:p>
    <w:p>
      <w:pPr>
        <w:pStyle w:val="ListParagraph"/>
      </w:pPr>
      <w:r>
        <w:rPr>
          <w:sz w:val="22"/>
        </w:rPr>
        <w:t>D. bring up</w:t>
      </w:r>
    </w:p>
    <w:p/>
    <w:p>
      <w:r>
        <w:rPr>
          <w:b/>
          <w:sz w:val="24"/>
        </w:rPr>
        <w:t>Câu 15: In a fair family, household duties are divided ______ between men and women.</w:t>
      </w:r>
    </w:p>
    <w:p>
      <w:pPr>
        <w:pStyle w:val="ListParagraph"/>
      </w:pPr>
      <w:r>
        <w:rPr>
          <w:sz w:val="22"/>
        </w:rPr>
        <w:t>A. traditionally</w:t>
      </w:r>
    </w:p>
    <w:p>
      <w:pPr>
        <w:pStyle w:val="ListParagraph"/>
      </w:pPr>
      <w:r>
        <w:rPr>
          <w:sz w:val="22"/>
        </w:rPr>
        <w:t>B. equally</w:t>
      </w:r>
    </w:p>
    <w:p>
      <w:pPr>
        <w:pStyle w:val="ListParagraph"/>
      </w:pPr>
      <w:r>
        <w:rPr>
          <w:sz w:val="22"/>
        </w:rPr>
        <w:t>C. stressfully</w:t>
      </w:r>
    </w:p>
    <w:p>
      <w:pPr>
        <w:pStyle w:val="ListParagraph"/>
      </w:pPr>
      <w:r>
        <w:rPr>
          <w:sz w:val="22"/>
        </w:rPr>
        <w:t>D. hardly</w:t>
      </w:r>
    </w:p>
    <w:p/>
    <w:p>
      <w:r>
        <w:rPr>
          <w:b/>
          <w:sz w:val="24"/>
        </w:rPr>
        <w:t>Câu 16: The differences in opinions and lifestyle between older and younger people are called the ______.</w:t>
      </w:r>
    </w:p>
    <w:p>
      <w:pPr>
        <w:pStyle w:val="ListParagraph"/>
      </w:pPr>
      <w:r>
        <w:rPr>
          <w:sz w:val="22"/>
        </w:rPr>
        <w:t>A. family value</w:t>
      </w:r>
    </w:p>
    <w:p>
      <w:pPr>
        <w:pStyle w:val="ListParagraph"/>
      </w:pPr>
      <w:r>
        <w:rPr>
          <w:sz w:val="22"/>
        </w:rPr>
        <w:t>B. household routine</w:t>
      </w:r>
    </w:p>
    <w:p>
      <w:pPr>
        <w:pStyle w:val="ListParagraph"/>
      </w:pPr>
      <w:r>
        <w:rPr>
          <w:sz w:val="22"/>
        </w:rPr>
        <w:t>C. family bond</w:t>
      </w:r>
    </w:p>
    <w:p>
      <w:pPr>
        <w:pStyle w:val="ListParagraph"/>
      </w:pPr>
      <w:r>
        <w:rPr>
          <w:sz w:val="22"/>
        </w:rPr>
        <w:t>D. generation gap</w:t>
      </w:r>
    </w:p>
    <w:p/>
    <w:p>
      <w:r>
        <w:rPr>
          <w:b/>
          <w:sz w:val="24"/>
        </w:rPr>
        <w:t>Câu 17: ______ is the money you earn or receive regularly for your work.</w:t>
      </w:r>
    </w:p>
    <w:p>
      <w:pPr>
        <w:pStyle w:val="ListParagraph"/>
      </w:pPr>
      <w:r>
        <w:rPr>
          <w:sz w:val="22"/>
        </w:rPr>
        <w:t>A. Responsibility</w:t>
      </w:r>
    </w:p>
    <w:p>
      <w:pPr>
        <w:pStyle w:val="ListParagraph"/>
      </w:pPr>
      <w:r>
        <w:rPr>
          <w:sz w:val="22"/>
        </w:rPr>
        <w:t>B. Routine</w:t>
      </w:r>
    </w:p>
    <w:p>
      <w:pPr>
        <w:pStyle w:val="ListParagraph"/>
      </w:pPr>
      <w:r>
        <w:rPr>
          <w:sz w:val="22"/>
        </w:rPr>
        <w:t>C. Income</w:t>
      </w:r>
    </w:p>
    <w:p>
      <w:pPr>
        <w:pStyle w:val="ListParagraph"/>
      </w:pPr>
      <w:r>
        <w:rPr>
          <w:sz w:val="22"/>
        </w:rPr>
        <w:t>D. Conflict</w:t>
      </w:r>
    </w:p>
    <w:p/>
    <w:p>
      <w:r>
        <w:rPr>
          <w:b/>
          <w:sz w:val="24"/>
        </w:rPr>
        <w:t>Câu 18: My brother never does any housework. He is very ______.</w:t>
      </w:r>
    </w:p>
    <w:p>
      <w:pPr>
        <w:pStyle w:val="ListParagraph"/>
      </w:pPr>
      <w:r>
        <w:rPr>
          <w:sz w:val="22"/>
        </w:rPr>
        <w:t>A. responsible</w:t>
      </w:r>
    </w:p>
    <w:p>
      <w:pPr>
        <w:pStyle w:val="ListParagraph"/>
      </w:pPr>
      <w:r>
        <w:rPr>
          <w:sz w:val="22"/>
        </w:rPr>
        <w:t>B. skillful</w:t>
      </w:r>
    </w:p>
    <w:p>
      <w:pPr>
        <w:pStyle w:val="ListParagraph"/>
      </w:pPr>
      <w:r>
        <w:rPr>
          <w:sz w:val="22"/>
        </w:rPr>
        <w:t>C. helpful</w:t>
      </w:r>
    </w:p>
    <w:p>
      <w:pPr>
        <w:pStyle w:val="ListParagraph"/>
      </w:pPr>
      <w:r>
        <w:rPr>
          <w:sz w:val="22"/>
        </w:rPr>
        <w:t>D. irresponsible</w:t>
      </w:r>
    </w:p>
    <w:p/>
    <w:p>
      <w:r>
        <w:rPr>
          <w:b/>
          <w:sz w:val="24"/>
        </w:rPr>
        <w:t>Câu 19: To make a decision that affects everyone, family members should ______ their opinions.</w:t>
      </w:r>
    </w:p>
    <w:p>
      <w:pPr>
        <w:pStyle w:val="ListParagraph"/>
      </w:pPr>
      <w:r>
        <w:rPr>
          <w:sz w:val="22"/>
        </w:rPr>
        <w:t>A. avoid</w:t>
      </w:r>
    </w:p>
    <w:p>
      <w:pPr>
        <w:pStyle w:val="ListParagraph"/>
      </w:pPr>
      <w:r>
        <w:rPr>
          <w:sz w:val="22"/>
        </w:rPr>
        <w:t>B. share</w:t>
      </w:r>
    </w:p>
    <w:p>
      <w:pPr>
        <w:pStyle w:val="ListParagraph"/>
      </w:pPr>
      <w:r>
        <w:rPr>
          <w:sz w:val="22"/>
        </w:rPr>
        <w:t>C. hide</w:t>
      </w:r>
    </w:p>
    <w:p>
      <w:pPr>
        <w:pStyle w:val="ListParagraph"/>
      </w:pPr>
      <w:r>
        <w:rPr>
          <w:sz w:val="22"/>
        </w:rPr>
        <w:t>D. ignore</w:t>
      </w:r>
    </w:p>
    <w:p/>
    <w:p>
      <w:r>
        <w:rPr>
          <w:b/>
          <w:sz w:val="24"/>
        </w:rPr>
        <w:t>Câu 20: Every morning, my mother ______ the plants in the garden.</w:t>
      </w:r>
    </w:p>
    <w:p>
      <w:pPr>
        <w:pStyle w:val="ListParagraph"/>
      </w:pPr>
      <w:r>
        <w:rPr>
          <w:sz w:val="22"/>
        </w:rPr>
        <w:t>A. feeds</w:t>
      </w:r>
    </w:p>
    <w:p>
      <w:pPr>
        <w:pStyle w:val="ListParagraph"/>
      </w:pPr>
      <w:r>
        <w:rPr>
          <w:sz w:val="22"/>
        </w:rPr>
        <w:t>B. cleans</w:t>
      </w:r>
    </w:p>
    <w:p>
      <w:pPr>
        <w:pStyle w:val="ListParagraph"/>
      </w:pPr>
      <w:r>
        <w:rPr>
          <w:sz w:val="22"/>
        </w:rPr>
        <w:t>C. waters</w:t>
      </w:r>
    </w:p>
    <w:p>
      <w:pPr>
        <w:pStyle w:val="ListParagraph"/>
      </w:pPr>
      <w:r>
        <w:rPr>
          <w:sz w:val="22"/>
        </w:rPr>
        <w:t>D. irons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