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hỏi về ngành dược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Ngành Dược học còn được gọi là gì?</w:t>
      </w:r>
    </w:p>
    <w:p>
      <w:pPr>
        <w:pStyle w:val="ListParagraph"/>
      </w:pPr>
      <w:r>
        <w:rPr>
          <w:sz w:val="22"/>
        </w:rPr>
        <w:t>A. Khoa học về thuốc</w:t>
      </w:r>
    </w:p>
    <w:p>
      <w:pPr>
        <w:pStyle w:val="ListParagraph"/>
      </w:pPr>
      <w:r>
        <w:rPr>
          <w:sz w:val="22"/>
        </w:rPr>
        <w:t>B. Khoa học về bệnh</w:t>
      </w:r>
    </w:p>
    <w:p>
      <w:pPr>
        <w:pStyle w:val="ListParagraph"/>
      </w:pPr>
      <w:r>
        <w:rPr>
          <w:sz w:val="22"/>
        </w:rPr>
        <w:t>C. Khoa học về cơ thể</w:t>
      </w:r>
    </w:p>
    <w:p>
      <w:pPr>
        <w:pStyle w:val="ListParagraph"/>
      </w:pPr>
      <w:r>
        <w:rPr>
          <w:sz w:val="22"/>
        </w:rPr>
        <w:t>D. Khoa học về dinh dưỡng</w:t>
      </w:r>
    </w:p>
    <w:p/>
    <w:p>
      <w:r>
        <w:rPr>
          <w:b/>
          <w:sz w:val="24"/>
        </w:rPr>
        <w:t>Câu 2: Dược sĩ có vai trò chính nào sau đây?</w:t>
      </w:r>
    </w:p>
    <w:p>
      <w:pPr>
        <w:pStyle w:val="ListParagraph"/>
      </w:pPr>
      <w:r>
        <w:rPr>
          <w:sz w:val="22"/>
        </w:rPr>
        <w:t>A. Kê đơn thuốc</w:t>
      </w:r>
    </w:p>
    <w:p>
      <w:pPr>
        <w:pStyle w:val="ListParagraph"/>
      </w:pPr>
      <w:r>
        <w:rPr>
          <w:sz w:val="22"/>
        </w:rPr>
        <w:t>B. Tư vấn và cấp phát thuốc</w:t>
      </w:r>
    </w:p>
    <w:p>
      <w:pPr>
        <w:pStyle w:val="ListParagraph"/>
      </w:pPr>
      <w:r>
        <w:rPr>
          <w:sz w:val="22"/>
        </w:rPr>
        <w:t>C. Phẫu thuật</w:t>
      </w:r>
    </w:p>
    <w:p>
      <w:pPr>
        <w:pStyle w:val="ListParagraph"/>
      </w:pPr>
      <w:r>
        <w:rPr>
          <w:sz w:val="22"/>
        </w:rPr>
        <w:t>D. Chẩn đoán bệnh</w:t>
      </w:r>
    </w:p>
    <w:p/>
    <w:p>
      <w:r>
        <w:rPr>
          <w:b/>
          <w:sz w:val="24"/>
        </w:rPr>
        <w:t>Câu 3: Đơn vị đo liều lượng thuốc thường dùng là gì?</w:t>
      </w:r>
    </w:p>
    <w:p>
      <w:pPr>
        <w:pStyle w:val="ListParagraph"/>
      </w:pPr>
      <w:r>
        <w:rPr>
          <w:sz w:val="22"/>
        </w:rPr>
        <w:t>A. Mililit (ml)</w:t>
      </w:r>
    </w:p>
    <w:p>
      <w:pPr>
        <w:pStyle w:val="ListParagraph"/>
      </w:pPr>
      <w:r>
        <w:rPr>
          <w:sz w:val="22"/>
        </w:rPr>
        <w:t>B. Miligam (mg)</w:t>
      </w:r>
    </w:p>
    <w:p>
      <w:pPr>
        <w:pStyle w:val="ListParagraph"/>
      </w:pPr>
      <w:r>
        <w:rPr>
          <w:sz w:val="22"/>
        </w:rPr>
        <w:t>C. Centimet (cm)</w:t>
      </w:r>
    </w:p>
    <w:p>
      <w:pPr>
        <w:pStyle w:val="ListParagraph"/>
      </w:pPr>
      <w:r>
        <w:rPr>
          <w:sz w:val="22"/>
        </w:rPr>
        <w:t>D. Gam (g)</w:t>
      </w:r>
    </w:p>
    <w:p/>
    <w:p>
      <w:r>
        <w:rPr>
          <w:b/>
          <w:sz w:val="24"/>
        </w:rPr>
        <w:t>Câu 4: Thuốc kháng sinh có tác dụng gì?</w:t>
      </w:r>
    </w:p>
    <w:p>
      <w:pPr>
        <w:pStyle w:val="ListParagraph"/>
      </w:pPr>
      <w:r>
        <w:rPr>
          <w:sz w:val="22"/>
        </w:rPr>
        <w:t>A. Tiêu diệt virus</w:t>
      </w:r>
    </w:p>
    <w:p>
      <w:pPr>
        <w:pStyle w:val="ListParagraph"/>
      </w:pPr>
      <w:r>
        <w:rPr>
          <w:sz w:val="22"/>
        </w:rPr>
        <w:t>B. Tiêu diệt vi khuẩn</w:t>
      </w:r>
    </w:p>
    <w:p>
      <w:pPr>
        <w:pStyle w:val="ListParagraph"/>
      </w:pPr>
      <w:r>
        <w:rPr>
          <w:sz w:val="22"/>
        </w:rPr>
        <w:t>C. Giảm đau</w:t>
      </w:r>
    </w:p>
    <w:p>
      <w:pPr>
        <w:pStyle w:val="ListParagraph"/>
      </w:pPr>
      <w:r>
        <w:rPr>
          <w:sz w:val="22"/>
        </w:rPr>
        <w:t>D. Hạ sốt</w:t>
      </w:r>
    </w:p>
    <w:p/>
    <w:p>
      <w:r>
        <w:rPr>
          <w:b/>
          <w:sz w:val="24"/>
        </w:rPr>
        <w:t>Câu 5: Công thức tính nồng độ dung dịch thường dùng là: $C = \frac{n}{V}$. Trong đó, $n$ là gì?</w:t>
      </w:r>
    </w:p>
    <w:p>
      <w:pPr>
        <w:pStyle w:val="ListParagraph"/>
      </w:pPr>
      <w:r>
        <w:rPr>
          <w:sz w:val="22"/>
        </w:rPr>
        <w:t>A. Khối lượng chất tan (gam)</w:t>
      </w:r>
    </w:p>
    <w:p>
      <w:pPr>
        <w:pStyle w:val="ListParagraph"/>
      </w:pPr>
      <w:r>
        <w:rPr>
          <w:sz w:val="22"/>
        </w:rPr>
        <w:t>B. Số mol chất tan</w:t>
      </w:r>
    </w:p>
    <w:p>
      <w:pPr>
        <w:pStyle w:val="ListParagraph"/>
      </w:pPr>
      <w:r>
        <w:rPr>
          <w:sz w:val="22"/>
        </w:rPr>
        <w:t>C. Thể tích dung dịch (lít)</w:t>
      </w:r>
    </w:p>
    <w:p>
      <w:pPr>
        <w:pStyle w:val="ListParagraph"/>
      </w:pPr>
      <w:r>
        <w:rPr>
          <w:sz w:val="22"/>
        </w:rPr>
        <w:t>D. Nồng độ phần trăm</w:t>
      </w:r>
    </w:p>
    <w:p/>
    <w:p>
      <w:r>
        <w:rPr>
          <w:b/>
          <w:sz w:val="24"/>
        </w:rPr>
        <w:t>Câu 6: Dạng bào chế nào sau đây là dạng thuốc rắn?</w:t>
      </w:r>
    </w:p>
    <w:p>
      <w:pPr>
        <w:pStyle w:val="ListParagraph"/>
      </w:pPr>
      <w:r>
        <w:rPr>
          <w:sz w:val="22"/>
        </w:rPr>
        <w:t>A. Xi-rô</w:t>
      </w:r>
    </w:p>
    <w:p>
      <w:pPr>
        <w:pStyle w:val="ListParagraph"/>
      </w:pPr>
      <w:r>
        <w:rPr>
          <w:sz w:val="22"/>
        </w:rPr>
        <w:t>B. Viên nén</w:t>
      </w:r>
    </w:p>
    <w:p>
      <w:pPr>
        <w:pStyle w:val="ListParagraph"/>
      </w:pPr>
      <w:r>
        <w:rPr>
          <w:sz w:val="22"/>
        </w:rPr>
        <w:t>C. Thuốc mỡ</w:t>
      </w:r>
    </w:p>
    <w:p>
      <w:pPr>
        <w:pStyle w:val="ListParagraph"/>
      </w:pPr>
      <w:r>
        <w:rPr>
          <w:sz w:val="22"/>
        </w:rPr>
        <w:t>D. Dung dịch tiêm</w:t>
      </w:r>
    </w:p>
    <w:p/>
    <w:p>
      <w:r>
        <w:rPr>
          <w:b/>
          <w:sz w:val="24"/>
        </w:rPr>
        <w:t>Câu 7: Tác dụng phụ của thuốc là gì?</w:t>
      </w:r>
    </w:p>
    <w:p>
      <w:pPr>
        <w:pStyle w:val="ListParagraph"/>
      </w:pPr>
      <w:r>
        <w:rPr>
          <w:sz w:val="22"/>
        </w:rPr>
        <w:t>A. Tác dụng mong muốn của thuốc</w:t>
      </w:r>
    </w:p>
    <w:p>
      <w:pPr>
        <w:pStyle w:val="ListParagraph"/>
      </w:pPr>
      <w:r>
        <w:rPr>
          <w:sz w:val="22"/>
        </w:rPr>
        <w:t>B. Tác dụng không mong muốn ngoài mục đích điều trị</w:t>
      </w:r>
    </w:p>
    <w:p>
      <w:pPr>
        <w:pStyle w:val="ListParagraph"/>
      </w:pPr>
      <w:r>
        <w:rPr>
          <w:sz w:val="22"/>
        </w:rPr>
        <w:t>C. Tác dụng của thuốc trên vi khuẩn</w:t>
      </w:r>
    </w:p>
    <w:p>
      <w:pPr>
        <w:pStyle w:val="ListParagraph"/>
      </w:pPr>
      <w:r>
        <w:rPr>
          <w:sz w:val="22"/>
        </w:rPr>
        <w:t>D. Tác dụng của thuốc trên virus</w:t>
      </w:r>
    </w:p>
    <w:p/>
    <w:p>
      <w:r>
        <w:rPr>
          <w:b/>
          <w:sz w:val="24"/>
        </w:rPr>
        <w:t>Câu 8: Thuốc generic là gì?</w:t>
      </w:r>
    </w:p>
    <w:p>
      <w:pPr>
        <w:pStyle w:val="ListParagraph"/>
      </w:pPr>
      <w:r>
        <w:rPr>
          <w:sz w:val="22"/>
        </w:rPr>
        <w:t>A. Thuốc có tên thương mại</w:t>
      </w:r>
    </w:p>
    <w:p>
      <w:pPr>
        <w:pStyle w:val="ListParagraph"/>
      </w:pPr>
      <w:r>
        <w:rPr>
          <w:sz w:val="22"/>
        </w:rPr>
        <w:t>B. Thuốc có hoạt chất giống thuốc gốc nhưng rẻ hơn</w:t>
      </w:r>
    </w:p>
    <w:p>
      <w:pPr>
        <w:pStyle w:val="ListParagraph"/>
      </w:pPr>
      <w:r>
        <w:rPr>
          <w:sz w:val="22"/>
        </w:rPr>
        <w:t>C. Thuốc chỉ dùng theo đơn</w:t>
      </w:r>
    </w:p>
    <w:p>
      <w:pPr>
        <w:pStyle w:val="ListParagraph"/>
      </w:pPr>
      <w:r>
        <w:rPr>
          <w:sz w:val="22"/>
        </w:rPr>
        <w:t>D. Thuốc thảo dược</w:t>
      </w:r>
    </w:p>
    <w:p/>
    <w:p>
      <w:r>
        <w:rPr>
          <w:b/>
          <w:sz w:val="24"/>
        </w:rPr>
        <w:t>Câu 9: Đường dùng thuốc nào có tác dụng nhanh nhất?</w:t>
      </w:r>
    </w:p>
    <w:p>
      <w:pPr>
        <w:pStyle w:val="ListParagraph"/>
      </w:pPr>
      <w:r>
        <w:rPr>
          <w:sz w:val="22"/>
        </w:rPr>
        <w:t>A. Uống</w:t>
      </w:r>
    </w:p>
    <w:p>
      <w:pPr>
        <w:pStyle w:val="ListParagraph"/>
      </w:pPr>
      <w:r>
        <w:rPr>
          <w:sz w:val="22"/>
        </w:rPr>
        <w:t>B. Tiêm tĩnh mạch</w:t>
      </w:r>
    </w:p>
    <w:p>
      <w:pPr>
        <w:pStyle w:val="ListParagraph"/>
      </w:pPr>
      <w:r>
        <w:rPr>
          <w:sz w:val="22"/>
        </w:rPr>
        <w:t>C. Bôi ngoài da</w:t>
      </w:r>
    </w:p>
    <w:p>
      <w:pPr>
        <w:pStyle w:val="ListParagraph"/>
      </w:pPr>
      <w:r>
        <w:rPr>
          <w:sz w:val="22"/>
        </w:rPr>
        <w:t>D. Đặt trực tràng</w:t>
      </w:r>
    </w:p>
    <w:p/>
    <w:p>
      <w:r>
        <w:rPr>
          <w:b/>
          <w:sz w:val="24"/>
        </w:rPr>
        <w:t>Câu 10: Hạn dùng của thuốc được in trên bao bì có ý nghĩa gì?</w:t>
      </w:r>
    </w:p>
    <w:p>
      <w:pPr>
        <w:pStyle w:val="ListParagraph"/>
      </w:pPr>
      <w:r>
        <w:rPr>
          <w:sz w:val="22"/>
        </w:rPr>
        <w:t>A. Ngày sản xuất thuốc</w:t>
      </w:r>
    </w:p>
    <w:p>
      <w:pPr>
        <w:pStyle w:val="ListParagraph"/>
      </w:pPr>
      <w:r>
        <w:rPr>
          <w:sz w:val="22"/>
        </w:rPr>
        <w:t>B. Thời gian thuốc giữ được tác dụng và an toàn khi sử dụng</w:t>
      </w:r>
    </w:p>
    <w:p>
      <w:pPr>
        <w:pStyle w:val="ListParagraph"/>
      </w:pPr>
      <w:r>
        <w:rPr>
          <w:sz w:val="22"/>
        </w:rPr>
        <w:t>C. Ngày hết hạn đăng ký lưu hành</w:t>
      </w:r>
    </w:p>
    <w:p>
      <w:pPr>
        <w:pStyle w:val="ListParagraph"/>
      </w:pPr>
      <w:r>
        <w:rPr>
          <w:sz w:val="22"/>
        </w:rPr>
        <w:t>D. Ngày kiểm nghiệm thuốc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