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kỳ 1 Tin 10 kntt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Giá trị của $2^5$ là: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2: She 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3: Hành tinh nào gần Mặt Trời nhất?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Kim</w:t>
      </w:r>
    </w:p>
    <w:p/>
    <w:p>
      <w:r>
        <w:rPr>
          <w:b/>
          <w:sz w:val="24"/>
        </w:rPr>
        <w:t>Câu 4: Ai là vị vua đầu tiên của nhà Lý?</w:t>
      </w:r>
    </w:p>
    <w:p>
      <w:pPr>
        <w:pStyle w:val="ListParagraph"/>
      </w:pPr>
      <w:r>
        <w:rPr>
          <w:sz w:val="22"/>
        </w:rPr>
        <w:t>A. Lý Thái Tổ</w:t>
      </w:r>
    </w:p>
    <w:p>
      <w:pPr>
        <w:pStyle w:val="ListParagraph"/>
      </w:pPr>
      <w:r>
        <w:rPr>
          <w:sz w:val="22"/>
        </w:rPr>
        <w:t>B. Lý Thái Tông</w:t>
      </w:r>
    </w:p>
    <w:p>
      <w:pPr>
        <w:pStyle w:val="ListParagraph"/>
      </w:pPr>
      <w:r>
        <w:rPr>
          <w:sz w:val="22"/>
        </w:rPr>
        <w:t>C. Lý Thánh Tông</w:t>
      </w:r>
    </w:p>
    <w:p>
      <w:pPr>
        <w:pStyle w:val="ListParagraph"/>
      </w:pPr>
      <w:r>
        <w:rPr>
          <w:sz w:val="22"/>
        </w:rPr>
        <w:t>D. Lý Nhân Tông</w:t>
      </w:r>
    </w:p>
    <w:p/>
    <w:p>
      <w:r>
        <w:rPr>
          <w:b/>
          <w:sz w:val="24"/>
        </w:rPr>
        <w:t>Câu 5: Thủ đô của Pháp là:</w:t>
      </w:r>
    </w:p>
    <w:p>
      <w:pPr>
        <w:pStyle w:val="ListParagraph"/>
      </w:pPr>
      <w:r>
        <w:rPr>
          <w:sz w:val="22"/>
        </w:rPr>
        <w:t>A. Luân Đôn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Berlin</w:t>
      </w:r>
    </w:p>
    <w:p>
      <w:pPr>
        <w:pStyle w:val="ListParagraph"/>
      </w:pPr>
      <w:r>
        <w:rPr>
          <w:sz w:val="22"/>
        </w:rPr>
        <w:t>D. Madrid</w:t>
      </w:r>
    </w:p>
    <w:p/>
    <w:p>
      <w:r>
        <w:rPr>
          <w:b/>
          <w:sz w:val="24"/>
        </w:rPr>
        <w:t>Câu 6: Nghiệm của phương trình $x + 3 = 7$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7: Từ trái nghĩa với "hot" là:</w:t>
      </w:r>
    </w:p>
    <w:p>
      <w:pPr>
        <w:pStyle w:val="ListParagraph"/>
      </w:pPr>
      <w:r>
        <w:rPr>
          <w:sz w:val="22"/>
        </w:rPr>
        <w:t>A. cold</w:t>
      </w:r>
    </w:p>
    <w:p>
      <w:pPr>
        <w:pStyle w:val="ListParagraph"/>
      </w:pPr>
      <w:r>
        <w:rPr>
          <w:sz w:val="22"/>
        </w:rPr>
        <w:t>B. warm</w:t>
      </w:r>
    </w:p>
    <w:p>
      <w:pPr>
        <w:pStyle w:val="ListParagraph"/>
      </w:pPr>
      <w:r>
        <w:rPr>
          <w:sz w:val="22"/>
        </w:rPr>
        <w:t>C. cool</w:t>
      </w:r>
    </w:p>
    <w:p>
      <w:pPr>
        <w:pStyle w:val="ListParagraph"/>
      </w:pPr>
      <w:r>
        <w:rPr>
          <w:sz w:val="22"/>
        </w:rPr>
        <w:t>D. sunny</w:t>
      </w:r>
    </w:p>
    <w:p/>
    <w:p>
      <w:r>
        <w:rPr>
          <w:b/>
          <w:sz w:val="24"/>
        </w:rPr>
        <w:t>Câu 8: Cơ quan nào bơm máu đi khắp cơ thể?</w:t>
      </w:r>
    </w:p>
    <w:p>
      <w:pPr>
        <w:pStyle w:val="ListParagraph"/>
      </w:pPr>
      <w:r>
        <w:rPr>
          <w:sz w:val="22"/>
        </w:rPr>
        <w:t>A. Phổi</w:t>
      </w:r>
    </w:p>
    <w:p>
      <w:pPr>
        <w:pStyle w:val="ListParagraph"/>
      </w:pPr>
      <w:r>
        <w:rPr>
          <w:sz w:val="22"/>
        </w:rPr>
        <w:t>B. Tim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9: Đơn vị đo cường độ dòng điện là: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(Ω)</w:t>
      </w:r>
    </w:p>
    <w:p/>
    <w:p>
      <w:r>
        <w:rPr>
          <w:b/>
          <w:sz w:val="24"/>
        </w:rPr>
        <w:t>Câu 10: Ký hiệu hóa học của nước là: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O2</w:t>
      </w:r>
    </w:p>
    <w:p>
      <w:pPr>
        <w:pStyle w:val="ListParagraph"/>
      </w:pPr>
      <w:r>
        <w:rPr>
          <w:sz w:val="22"/>
        </w:rPr>
        <w:t>C. H2O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11: Diện tích hình chữ nhật có chiều dài 5 cm, chiều rộng 3 cm là:</w:t>
      </w:r>
    </w:p>
    <w:p>
      <w:pPr>
        <w:pStyle w:val="ListParagraph"/>
      </w:pPr>
      <w:r>
        <w:rPr>
          <w:sz w:val="22"/>
        </w:rPr>
        <w:t>A. 8 cm²</w:t>
      </w:r>
    </w:p>
    <w:p>
      <w:pPr>
        <w:pStyle w:val="ListParagraph"/>
      </w:pPr>
      <w:r>
        <w:rPr>
          <w:sz w:val="22"/>
        </w:rPr>
        <w:t>B. 15 cm²</w:t>
      </w:r>
    </w:p>
    <w:p>
      <w:pPr>
        <w:pStyle w:val="ListParagraph"/>
      </w:pPr>
      <w:r>
        <w:rPr>
          <w:sz w:val="22"/>
        </w:rPr>
        <w:t>C. 16 cm²</w:t>
      </w:r>
    </w:p>
    <w:p>
      <w:pPr>
        <w:pStyle w:val="ListParagraph"/>
      </w:pPr>
      <w:r>
        <w:rPr>
          <w:sz w:val="22"/>
        </w:rPr>
        <w:t>D. 30 cm²</w:t>
      </w:r>
    </w:p>
    <w:p/>
    <w:p>
      <w:r>
        <w:rPr>
          <w:b/>
          <w:sz w:val="24"/>
        </w:rPr>
        <w:t>Câu 12: I ___ my homework yesterday.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did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done</w:t>
      </w:r>
    </w:p>
    <w:p/>
    <w:p>
      <w:r>
        <w:rPr>
          <w:b/>
          <w:sz w:val="24"/>
        </w:rPr>
        <w:t>Câu 13: Tác giả của "Truyện Kiều" là: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14: Việt Nam nằm ở khu vực nào của châu Á?</w:t>
      </w:r>
    </w:p>
    <w:p>
      <w:pPr>
        <w:pStyle w:val="ListParagraph"/>
      </w:pPr>
      <w:r>
        <w:rPr>
          <w:sz w:val="22"/>
        </w:rPr>
        <w:t>A. Đông Á</w:t>
      </w:r>
    </w:p>
    <w:p>
      <w:pPr>
        <w:pStyle w:val="ListParagraph"/>
      </w:pPr>
      <w:r>
        <w:rPr>
          <w:sz w:val="22"/>
        </w:rPr>
        <w:t>B. Đông Nam Á</w:t>
      </w:r>
    </w:p>
    <w:p>
      <w:pPr>
        <w:pStyle w:val="ListParagraph"/>
      </w:pPr>
      <w:r>
        <w:rPr>
          <w:sz w:val="22"/>
        </w:rPr>
        <w:t>C. Nam Á</w:t>
      </w:r>
    </w:p>
    <w:p>
      <w:pPr>
        <w:pStyle w:val="ListParagraph"/>
      </w:pPr>
      <w:r>
        <w:rPr>
          <w:sz w:val="22"/>
        </w:rPr>
        <w:t>D. Tây Á</w:t>
      </w:r>
    </w:p>
    <w:p/>
    <w:p>
      <w:r>
        <w:rPr>
          <w:b/>
          <w:sz w:val="24"/>
        </w:rPr>
        <w:t>Câu 15: Số nguyên tố nhỏ nhất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16: Trong hệ điều hành Windows, tổ hợp phím Ctrl + C dùng để:</w:t>
      </w:r>
    </w:p>
    <w:p>
      <w:pPr>
        <w:pStyle w:val="ListParagraph"/>
      </w:pPr>
      <w:r>
        <w:rPr>
          <w:sz w:val="22"/>
        </w:rPr>
        <w:t>A. Dán</w:t>
      </w:r>
    </w:p>
    <w:p>
      <w:pPr>
        <w:pStyle w:val="ListParagraph"/>
      </w:pPr>
      <w:r>
        <w:rPr>
          <w:sz w:val="22"/>
        </w:rPr>
        <w:t>B. Sao chép</w:t>
      </w:r>
    </w:p>
    <w:p>
      <w:pPr>
        <w:pStyle w:val="ListParagraph"/>
      </w:pPr>
      <w:r>
        <w:rPr>
          <w:sz w:val="22"/>
        </w:rPr>
        <w:t>C. Cắt</w:t>
      </w:r>
    </w:p>
    <w:p>
      <w:pPr>
        <w:pStyle w:val="ListParagraph"/>
      </w:pPr>
      <w:r>
        <w:rPr>
          <w:sz w:val="22"/>
        </w:rPr>
        <w:t>D. Hoàn tác</w:t>
      </w:r>
    </w:p>
    <w:p/>
    <w:p>
      <w:r>
        <w:rPr>
          <w:b/>
          <w:sz w:val="24"/>
        </w:rPr>
        <w:t>Câu 17: They ___ playing football now.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am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18: Nước sôi ở nhiệt độ nào ở điều kiện tiêu chuẩn?</w:t>
      </w:r>
    </w:p>
    <w:p>
      <w:pPr>
        <w:pStyle w:val="ListParagraph"/>
      </w:pPr>
      <w:r>
        <w:rPr>
          <w:sz w:val="22"/>
        </w:rPr>
        <w:t>A. 0°C</w:t>
      </w:r>
    </w:p>
    <w:p>
      <w:pPr>
        <w:pStyle w:val="ListParagraph"/>
      </w:pPr>
      <w:r>
        <w:rPr>
          <w:sz w:val="22"/>
        </w:rPr>
        <w:t>B. 50°C</w:t>
      </w:r>
    </w:p>
    <w:p>
      <w:pPr>
        <w:pStyle w:val="ListParagraph"/>
      </w:pPr>
      <w:r>
        <w:rPr>
          <w:sz w:val="22"/>
        </w:rPr>
        <w:t>C. 100°C</w:t>
      </w:r>
    </w:p>
    <w:p>
      <w:pPr>
        <w:pStyle w:val="ListParagraph"/>
      </w:pPr>
      <w:r>
        <w:rPr>
          <w:sz w:val="22"/>
        </w:rPr>
        <w:t>D. 212°C</w:t>
      </w:r>
    </w:p>
    <w:p/>
    <w:p>
      <w:r>
        <w:rPr>
          <w:b/>
          <w:sz w:val="24"/>
        </w:rPr>
        <w:t>Câu 19: Trái Đất quay quanh Mặt Trời.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20: Mặt Trời mọc ở hướng Tây.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