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viet cho 25 cau bai tap tieng anh trong đó có...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The charity event, which had been planned for months, was finally called ______ due to the unexpected financial difficulties.</w:t>
      </w:r>
    </w:p>
    <w:p>
      <w:pPr>
        <w:pStyle w:val="ListParagraph"/>
      </w:pPr>
      <w:r>
        <w:rPr>
          <w:sz w:val="22"/>
        </w:rPr>
        <w:t>A. off</w:t>
      </w:r>
    </w:p>
    <w:p>
      <w:pPr>
        <w:pStyle w:val="ListParagraph"/>
      </w:pPr>
      <w:r>
        <w:rPr>
          <w:sz w:val="22"/>
        </w:rPr>
        <w:t>B. out</w:t>
      </w:r>
    </w:p>
    <w:p>
      <w:pPr>
        <w:pStyle w:val="ListParagraph"/>
      </w:pPr>
      <w:r>
        <w:rPr>
          <w:sz w:val="22"/>
        </w:rPr>
        <w:t>C. up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2: After years of hard work, she finally succeeded in tracking ______ her long-lost relatives in Australia.</w:t>
      </w:r>
    </w:p>
    <w:p>
      <w:pPr>
        <w:pStyle w:val="ListParagraph"/>
      </w:pPr>
      <w:r>
        <w:rPr>
          <w:sz w:val="22"/>
        </w:rPr>
        <w:t>A. down</w:t>
      </w:r>
    </w:p>
    <w:p>
      <w:pPr>
        <w:pStyle w:val="ListParagraph"/>
      </w:pPr>
      <w:r>
        <w:rPr>
          <w:sz w:val="22"/>
        </w:rPr>
        <w:t>B. up</w:t>
      </w:r>
    </w:p>
    <w:p>
      <w:pPr>
        <w:pStyle w:val="ListParagraph"/>
      </w:pPr>
      <w:r>
        <w:rPr>
          <w:sz w:val="22"/>
        </w:rPr>
        <w:t>C. out</w:t>
      </w:r>
    </w:p>
    <w:p>
      <w:pPr>
        <w:pStyle w:val="ListParagraph"/>
      </w:pPr>
      <w:r>
        <w:rPr>
          <w:sz w:val="22"/>
        </w:rPr>
        <w:t>D. over</w:t>
      </w:r>
    </w:p>
    <w:p/>
    <w:p>
      <w:r>
        <w:rPr>
          <w:b/>
          <w:sz w:val="24"/>
        </w:rPr>
        <w:t>Câu 3: The new policy was met with strong opposition, so the government decided to give ______ to the pressure from the public.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up</w:t>
      </w:r>
    </w:p>
    <w:p>
      <w:pPr>
        <w:pStyle w:val="ListParagraph"/>
      </w:pPr>
      <w:r>
        <w:rPr>
          <w:sz w:val="22"/>
        </w:rPr>
        <w:t>C. away</w:t>
      </w:r>
    </w:p>
    <w:p>
      <w:pPr>
        <w:pStyle w:val="ListParagraph"/>
      </w:pPr>
      <w:r>
        <w:rPr>
          <w:sz w:val="22"/>
        </w:rPr>
        <w:t>D. out</w:t>
      </w:r>
    </w:p>
    <w:p/>
    <w:p>
      <w:r>
        <w:rPr>
          <w:b/>
          <w:sz w:val="24"/>
        </w:rPr>
        <w:t>Câu 4: He was so exhausted after the long journey that he could hardly stay ______ until dinner time.</w:t>
      </w:r>
    </w:p>
    <w:p>
      <w:pPr>
        <w:pStyle w:val="ListParagraph"/>
      </w:pPr>
      <w:r>
        <w:rPr>
          <w:sz w:val="22"/>
        </w:rPr>
        <w:t>A. up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out</w:t>
      </w:r>
    </w:p>
    <w:p/>
    <w:p>
      <w:r>
        <w:rPr>
          <w:b/>
          <w:sz w:val="24"/>
        </w:rPr>
        <w:t>Câu 5: The company has promised to look ______ the matter and will inform us of their findings as soon as possible.</w:t>
      </w:r>
    </w:p>
    <w:p>
      <w:pPr>
        <w:pStyle w:val="ListParagraph"/>
      </w:pPr>
      <w:r>
        <w:rPr>
          <w:sz w:val="22"/>
        </w:rPr>
        <w:t>A. into</w:t>
      </w:r>
    </w:p>
    <w:p>
      <w:pPr>
        <w:pStyle w:val="ListParagraph"/>
      </w:pPr>
      <w:r>
        <w:rPr>
          <w:sz w:val="22"/>
        </w:rPr>
        <w:t>B. for</w:t>
      </w:r>
    </w:p>
    <w:p>
      <w:pPr>
        <w:pStyle w:val="ListParagraph"/>
      </w:pPr>
      <w:r>
        <w:rPr>
          <w:sz w:val="22"/>
        </w:rPr>
        <w:t>C. after</w:t>
      </w:r>
    </w:p>
    <w:p>
      <w:pPr>
        <w:pStyle w:val="ListParagraph"/>
      </w:pPr>
      <w:r>
        <w:rPr>
          <w:sz w:val="22"/>
        </w:rPr>
        <w:t>D. over</w:t>
      </w:r>
    </w:p>
    <w:p/>
    <w:p>
      <w:r>
        <w:rPr>
          <w:b/>
          <w:sz w:val="24"/>
        </w:rPr>
        <w:t>Câu 6: We were asked to fill ______ a detailed application form before the interview.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out</w:t>
      </w:r>
    </w:p>
    <w:p>
      <w:pPr>
        <w:pStyle w:val="ListParagraph"/>
      </w:pPr>
      <w:r>
        <w:rPr>
          <w:sz w:val="22"/>
        </w:rPr>
        <w:t>C. up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7: The teacher pointed ______ that many students had made the same mistake in their essays.</w:t>
      </w:r>
    </w:p>
    <w:p>
      <w:pPr>
        <w:pStyle w:val="ListParagraph"/>
      </w:pPr>
      <w:r>
        <w:rPr>
          <w:sz w:val="22"/>
        </w:rPr>
        <w:t>A. out</w:t>
      </w:r>
    </w:p>
    <w:p>
      <w:pPr>
        <w:pStyle w:val="ListParagraph"/>
      </w:pPr>
      <w:r>
        <w:rPr>
          <w:sz w:val="22"/>
        </w:rPr>
        <w:t>B. up</w:t>
      </w:r>
    </w:p>
    <w:p>
      <w:pPr>
        <w:pStyle w:val="ListParagraph"/>
      </w:pPr>
      <w:r>
        <w:rPr>
          <w:sz w:val="22"/>
        </w:rPr>
        <w:t>C. on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8: It took him a while to get ______ the shock of losing his job.</w:t>
      </w:r>
    </w:p>
    <w:p>
      <w:pPr>
        <w:pStyle w:val="ListParagraph"/>
      </w:pPr>
      <w:r>
        <w:rPr>
          <w:sz w:val="22"/>
        </w:rPr>
        <w:t>A. over</w:t>
      </w:r>
    </w:p>
    <w:p>
      <w:pPr>
        <w:pStyle w:val="ListParagraph"/>
      </w:pPr>
      <w:r>
        <w:rPr>
          <w:sz w:val="22"/>
        </w:rPr>
        <w:t>B. through</w:t>
      </w:r>
    </w:p>
    <w:p>
      <w:pPr>
        <w:pStyle w:val="ListParagraph"/>
      </w:pPr>
      <w:r>
        <w:rPr>
          <w:sz w:val="22"/>
        </w:rPr>
        <w:t>C. on</w:t>
      </w:r>
    </w:p>
    <w:p>
      <w:pPr>
        <w:pStyle w:val="ListParagraph"/>
      </w:pPr>
      <w:r>
        <w:rPr>
          <w:sz w:val="22"/>
        </w:rPr>
        <w:t>D. off</w:t>
      </w:r>
    </w:p>
    <w:p/>
    <w:p>
      <w:r>
        <w:rPr>
          <w:b/>
          <w:sz w:val="24"/>
        </w:rPr>
        <w:t>Câu 9: She couldn't decide ______ to wear to the party; she had too many options.</w:t>
      </w:r>
    </w:p>
    <w:p>
      <w:pPr>
        <w:pStyle w:val="ListParagraph"/>
      </w:pPr>
      <w:r>
        <w:rPr>
          <w:sz w:val="22"/>
        </w:rPr>
        <w:t>A. what</w:t>
      </w:r>
    </w:p>
    <w:p>
      <w:pPr>
        <w:pStyle w:val="ListParagraph"/>
      </w:pPr>
      <w:r>
        <w:rPr>
          <w:sz w:val="22"/>
        </w:rPr>
        <w:t>B. which</w:t>
      </w:r>
    </w:p>
    <w:p>
      <w:pPr>
        <w:pStyle w:val="ListParagraph"/>
      </w:pPr>
      <w:r>
        <w:rPr>
          <w:sz w:val="22"/>
        </w:rPr>
        <w:t>C. who</w:t>
      </w:r>
    </w:p>
    <w:p>
      <w:pPr>
        <w:pStyle w:val="ListParagraph"/>
      </w:pPr>
      <w:r>
        <w:rPr>
          <w:sz w:val="22"/>
        </w:rPr>
        <w:t>D. where</w:t>
      </w:r>
    </w:p>
    <w:p/>
    <w:p>
      <w:r>
        <w:rPr>
          <w:b/>
          <w:sz w:val="24"/>
        </w:rPr>
        <w:t>Câu 10: The children were excited because they didn't know ______ to expect on their first trip to the zoo.</w:t>
      </w:r>
    </w:p>
    <w:p>
      <w:pPr>
        <w:pStyle w:val="ListParagraph"/>
      </w:pPr>
      <w:r>
        <w:rPr>
          <w:sz w:val="22"/>
        </w:rPr>
        <w:t>A. what</w:t>
      </w:r>
    </w:p>
    <w:p>
      <w:pPr>
        <w:pStyle w:val="ListParagraph"/>
      </w:pPr>
      <w:r>
        <w:rPr>
          <w:sz w:val="22"/>
        </w:rPr>
        <w:t>B. how</w:t>
      </w:r>
    </w:p>
    <w:p>
      <w:pPr>
        <w:pStyle w:val="ListParagraph"/>
      </w:pPr>
      <w:r>
        <w:rPr>
          <w:sz w:val="22"/>
        </w:rPr>
        <w:t>C. when</w:t>
      </w:r>
    </w:p>
    <w:p>
      <w:pPr>
        <w:pStyle w:val="ListParagraph"/>
      </w:pPr>
      <w:r>
        <w:rPr>
          <w:sz w:val="22"/>
        </w:rPr>
        <w:t>D. why</w:t>
      </w:r>
    </w:p>
    <w:p/>
    <w:p>
      <w:r>
        <w:rPr>
          <w:b/>
          <w:sz w:val="24"/>
        </w:rPr>
        <w:t>Câu 11: He asked me ______ to get to the nearest hospital.</w:t>
      </w:r>
    </w:p>
    <w:p>
      <w:pPr>
        <w:pStyle w:val="ListParagraph"/>
      </w:pPr>
      <w:r>
        <w:rPr>
          <w:sz w:val="22"/>
        </w:rPr>
        <w:t>A. how</w:t>
      </w:r>
    </w:p>
    <w:p>
      <w:pPr>
        <w:pStyle w:val="ListParagraph"/>
      </w:pPr>
      <w:r>
        <w:rPr>
          <w:sz w:val="22"/>
        </w:rPr>
        <w:t>B. what</w:t>
      </w:r>
    </w:p>
    <w:p>
      <w:pPr>
        <w:pStyle w:val="ListParagraph"/>
      </w:pPr>
      <w:r>
        <w:rPr>
          <w:sz w:val="22"/>
        </w:rPr>
        <w:t>C. where</w:t>
      </w:r>
    </w:p>
    <w:p>
      <w:pPr>
        <w:pStyle w:val="ListParagraph"/>
      </w:pPr>
      <w:r>
        <w:rPr>
          <w:sz w:val="22"/>
        </w:rPr>
        <w:t>D. when</w:t>
      </w:r>
    </w:p>
    <w:p/>
    <w:p>
      <w:r>
        <w:rPr>
          <w:b/>
          <w:sz w:val="24"/>
        </w:rPr>
        <w:t>Câu 12: I have no idea ______ to solve this complicated math problem.</w:t>
      </w:r>
    </w:p>
    <w:p>
      <w:pPr>
        <w:pStyle w:val="ListParagraph"/>
      </w:pPr>
      <w:r>
        <w:rPr>
          <w:sz w:val="22"/>
        </w:rPr>
        <w:t>A. how</w:t>
      </w:r>
    </w:p>
    <w:p>
      <w:pPr>
        <w:pStyle w:val="ListParagraph"/>
      </w:pPr>
      <w:r>
        <w:rPr>
          <w:sz w:val="22"/>
        </w:rPr>
        <w:t>B. what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why</w:t>
      </w:r>
    </w:p>
    <w:p/>
    <w:p>
      <w:r>
        <w:rPr>
          <w:b/>
          <w:sz w:val="24"/>
        </w:rPr>
        <w:t>Câu 13: If it ______ tomorrow, we will cancel the outdoor picnic.</w:t>
      </w:r>
    </w:p>
    <w:p>
      <w:pPr>
        <w:pStyle w:val="ListParagraph"/>
      </w:pPr>
      <w:r>
        <w:rPr>
          <w:sz w:val="22"/>
        </w:rPr>
        <w:t>A. rains</w:t>
      </w:r>
    </w:p>
    <w:p>
      <w:pPr>
        <w:pStyle w:val="ListParagraph"/>
      </w:pPr>
      <w:r>
        <w:rPr>
          <w:sz w:val="22"/>
        </w:rPr>
        <w:t>B. will rain</w:t>
      </w:r>
    </w:p>
    <w:p>
      <w:pPr>
        <w:pStyle w:val="ListParagraph"/>
      </w:pPr>
      <w:r>
        <w:rPr>
          <w:sz w:val="22"/>
        </w:rPr>
        <w:t>C. rained</w:t>
      </w:r>
    </w:p>
    <w:p>
      <w:pPr>
        <w:pStyle w:val="ListParagraph"/>
      </w:pPr>
      <w:r>
        <w:rPr>
          <w:sz w:val="22"/>
        </w:rPr>
        <w:t>D. has rained</w:t>
      </w:r>
    </w:p>
    <w:p/>
    <w:p>
      <w:r>
        <w:rPr>
          <w:b/>
          <w:sz w:val="24"/>
        </w:rPr>
        <w:t>Câu 14: You will pass the exam if you ______ hard enough.</w:t>
      </w:r>
    </w:p>
    <w:p>
      <w:pPr>
        <w:pStyle w:val="ListParagraph"/>
      </w:pPr>
      <w:r>
        <w:rPr>
          <w:sz w:val="22"/>
        </w:rPr>
        <w:t>A. study</w:t>
      </w:r>
    </w:p>
    <w:p>
      <w:pPr>
        <w:pStyle w:val="ListParagraph"/>
      </w:pPr>
      <w:r>
        <w:rPr>
          <w:sz w:val="22"/>
        </w:rPr>
        <w:t>B. will study</w:t>
      </w:r>
    </w:p>
    <w:p>
      <w:pPr>
        <w:pStyle w:val="ListParagraph"/>
      </w:pPr>
      <w:r>
        <w:rPr>
          <w:sz w:val="22"/>
        </w:rPr>
        <w:t>C. studies</w:t>
      </w:r>
    </w:p>
    <w:p>
      <w:pPr>
        <w:pStyle w:val="ListParagraph"/>
      </w:pPr>
      <w:r>
        <w:rPr>
          <w:sz w:val="22"/>
        </w:rPr>
        <w:t>D. studied</w:t>
      </w:r>
    </w:p>
    <w:p/>
    <w:p>
      <w:r>
        <w:rPr>
          <w:b/>
          <w:sz w:val="24"/>
        </w:rPr>
        <w:t>Câu 15: If she ______ her homework now, she can go out with her friends later.</w:t>
      </w:r>
    </w:p>
    <w:p>
      <w:pPr>
        <w:pStyle w:val="ListParagraph"/>
      </w:pPr>
      <w:r>
        <w:rPr>
          <w:sz w:val="22"/>
        </w:rPr>
        <w:t>A. finishes</w:t>
      </w:r>
    </w:p>
    <w:p>
      <w:pPr>
        <w:pStyle w:val="ListParagraph"/>
      </w:pPr>
      <w:r>
        <w:rPr>
          <w:sz w:val="22"/>
        </w:rPr>
        <w:t>B. finished</w:t>
      </w:r>
    </w:p>
    <w:p>
      <w:pPr>
        <w:pStyle w:val="ListParagraph"/>
      </w:pPr>
      <w:r>
        <w:rPr>
          <w:sz w:val="22"/>
        </w:rPr>
        <w:t>C. will finish</w:t>
      </w:r>
    </w:p>
    <w:p>
      <w:pPr>
        <w:pStyle w:val="ListParagraph"/>
      </w:pPr>
      <w:r>
        <w:rPr>
          <w:sz w:val="22"/>
        </w:rPr>
        <w:t>D. would finish</w:t>
      </w:r>
    </w:p>
    <w:p/>
    <w:p>
      <w:r>
        <w:rPr>
          <w:b/>
          <w:sz w:val="24"/>
        </w:rPr>
        <w:t>Câu 16: Unless he ______ early, he will miss the first train.</w:t>
      </w:r>
    </w:p>
    <w:p>
      <w:pPr>
        <w:pStyle w:val="ListParagraph"/>
      </w:pPr>
      <w:r>
        <w:rPr>
          <w:sz w:val="22"/>
        </w:rPr>
        <w:t>A. leaves</w:t>
      </w:r>
    </w:p>
    <w:p>
      <w:pPr>
        <w:pStyle w:val="ListParagraph"/>
      </w:pPr>
      <w:r>
        <w:rPr>
          <w:sz w:val="22"/>
        </w:rPr>
        <w:t>B. left</w:t>
      </w:r>
    </w:p>
    <w:p>
      <w:pPr>
        <w:pStyle w:val="ListParagraph"/>
      </w:pPr>
      <w:r>
        <w:rPr>
          <w:sz w:val="22"/>
        </w:rPr>
        <w:t>C. will leave</w:t>
      </w:r>
    </w:p>
    <w:p>
      <w:pPr>
        <w:pStyle w:val="ListParagraph"/>
      </w:pPr>
      <w:r>
        <w:rPr>
          <w:sz w:val="22"/>
        </w:rPr>
        <w:t>D. would leave</w:t>
      </w:r>
    </w:p>
    <w:p/>
    <w:p>
      <w:r>
        <w:rPr>
          <w:b/>
          <w:sz w:val="24"/>
        </w:rPr>
        <w:t>Câu 17: The water in the pool was ______ cold to swim in.</w:t>
      </w:r>
    </w:p>
    <w:p>
      <w:pPr>
        <w:pStyle w:val="ListParagraph"/>
      </w:pPr>
      <w:r>
        <w:rPr>
          <w:sz w:val="22"/>
        </w:rPr>
        <w:t>A. too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very</w:t>
      </w:r>
    </w:p>
    <w:p>
      <w:pPr>
        <w:pStyle w:val="ListParagraph"/>
      </w:pPr>
      <w:r>
        <w:rPr>
          <w:sz w:val="22"/>
        </w:rPr>
        <w:t>D. enough</w:t>
      </w:r>
    </w:p>
    <w:p/>
    <w:p>
      <w:r>
        <w:rPr>
          <w:b/>
          <w:sz w:val="24"/>
        </w:rPr>
        <w:t>Câu 18: He is ______ young to watch that movie; it's not appropriate for his age.</w:t>
      </w:r>
    </w:p>
    <w:p>
      <w:pPr>
        <w:pStyle w:val="ListParagraph"/>
      </w:pPr>
      <w:r>
        <w:rPr>
          <w:sz w:val="22"/>
        </w:rPr>
        <w:t>A. too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such</w:t>
      </w:r>
    </w:p>
    <w:p>
      <w:pPr>
        <w:pStyle w:val="ListParagraph"/>
      </w:pPr>
      <w:r>
        <w:rPr>
          <w:sz w:val="22"/>
        </w:rPr>
        <w:t>D. enough</w:t>
      </w:r>
    </w:p>
    <w:p/>
    <w:p>
      <w:r>
        <w:rPr>
          <w:b/>
          <w:sz w:val="24"/>
        </w:rPr>
        <w:t>Câu 19: She was ______ tired to continue the journey without resting.</w:t>
      </w:r>
    </w:p>
    <w:p>
      <w:pPr>
        <w:pStyle w:val="ListParagraph"/>
      </w:pPr>
      <w:r>
        <w:rPr>
          <w:sz w:val="22"/>
        </w:rPr>
        <w:t>A. too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very</w:t>
      </w:r>
    </w:p>
    <w:p>
      <w:pPr>
        <w:pStyle w:val="ListParagraph"/>
      </w:pPr>
      <w:r>
        <w:rPr>
          <w:sz w:val="22"/>
        </w:rPr>
        <w:t>D. such</w:t>
      </w:r>
    </w:p>
    <w:p/>
    <w:p>
      <w:r>
        <w:rPr>
          <w:b/>
          <w:sz w:val="24"/>
        </w:rPr>
        <w:t>Câu 20: The concert was ______ loud that my ears were ringing for hours.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such</w:t>
      </w:r>
    </w:p>
    <w:p>
      <w:pPr>
        <w:pStyle w:val="ListParagraph"/>
      </w:pPr>
      <w:r>
        <w:rPr>
          <w:sz w:val="22"/>
        </w:rPr>
        <w:t>C. too</w:t>
      </w:r>
    </w:p>
    <w:p>
      <w:pPr>
        <w:pStyle w:val="ListParagraph"/>
      </w:pPr>
      <w:r>
        <w:rPr>
          <w:sz w:val="22"/>
        </w:rPr>
        <w:t>D. very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