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30 câu trắc nghiệm và 15 câu điền từ  3. 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Điền từ/cụm từ thích hợp vào chỗ trống: “Kim tự tháp là những ... của vua Ai Cập thuộc vương triều III và vương triều IV thời Cổ vương quốc.”</w:t>
      </w:r>
    </w:p>
    <w:p>
      <w:pPr>
        <w:pStyle w:val="ListParagraph"/>
      </w:pPr>
      <w:r>
        <w:rPr>
          <w:sz w:val="22"/>
        </w:rPr>
        <w:t>A. cung điện</w:t>
      </w:r>
    </w:p>
    <w:p>
      <w:pPr>
        <w:pStyle w:val="ListParagraph"/>
      </w:pPr>
      <w:r>
        <w:rPr>
          <w:sz w:val="22"/>
        </w:rPr>
        <w:t>B. lăng mộ</w:t>
      </w:r>
    </w:p>
    <w:p>
      <w:pPr>
        <w:pStyle w:val="ListParagraph"/>
      </w:pPr>
      <w:r>
        <w:rPr>
          <w:sz w:val="22"/>
        </w:rPr>
        <w:t>C. đền miếu</w:t>
      </w:r>
    </w:p>
    <w:p>
      <w:pPr>
        <w:pStyle w:val="ListParagraph"/>
      </w:pPr>
      <w:r>
        <w:rPr>
          <w:sz w:val="22"/>
        </w:rPr>
        <w:t>D. pháo đài</w:t>
      </w:r>
    </w:p>
    <w:p/>
    <w:p>
      <w:r>
        <w:rPr>
          <w:b/>
          <w:sz w:val="24"/>
        </w:rPr>
        <w:t>Câu 2: Điền từ thích hợp vào chỗ trống: “Vị vua đầu tiên của vương triều III – dưới triều đại của ông, Kim tự tháp bắt đầu được xây dựng – là ...”</w:t>
      </w:r>
    </w:p>
    <w:p>
      <w:pPr>
        <w:pStyle w:val="ListParagraph"/>
      </w:pPr>
      <w:r>
        <w:rPr>
          <w:sz w:val="22"/>
        </w:rPr>
        <w:t>A. Xnêphru</w:t>
      </w:r>
    </w:p>
    <w:p>
      <w:pPr>
        <w:pStyle w:val="ListParagraph"/>
      </w:pPr>
      <w:r>
        <w:rPr>
          <w:sz w:val="22"/>
        </w:rPr>
        <w:t>B. Kêốp</w:t>
      </w:r>
    </w:p>
    <w:p>
      <w:pPr>
        <w:pStyle w:val="ListParagraph"/>
      </w:pPr>
      <w:r>
        <w:rPr>
          <w:sz w:val="22"/>
        </w:rPr>
        <w:t>C. Giêđe (Djeser)</w:t>
      </w:r>
    </w:p>
    <w:p>
      <w:pPr>
        <w:pStyle w:val="ListParagraph"/>
      </w:pPr>
      <w:r>
        <w:rPr>
          <w:sz w:val="22"/>
        </w:rPr>
        <w:t>D. Kêphren</w:t>
      </w:r>
    </w:p>
    <w:p/>
    <w:p>
      <w:r>
        <w:rPr>
          <w:b/>
          <w:sz w:val="24"/>
        </w:rPr>
        <w:t>Câu 3: Điền từ thích hợp: “Thời kì Kim tự tháp được xây dựng nhiều nhất và đồ sộ nhất là thời ...”</w:t>
      </w:r>
    </w:p>
    <w:p>
      <w:pPr>
        <w:pStyle w:val="ListParagraph"/>
      </w:pPr>
      <w:r>
        <w:rPr>
          <w:sz w:val="22"/>
        </w:rPr>
        <w:t>A. vương triều III</w:t>
      </w:r>
    </w:p>
    <w:p>
      <w:pPr>
        <w:pStyle w:val="ListParagraph"/>
      </w:pPr>
      <w:r>
        <w:rPr>
          <w:sz w:val="22"/>
        </w:rPr>
        <w:t>B. vương triều IV</w:t>
      </w:r>
    </w:p>
    <w:p>
      <w:pPr>
        <w:pStyle w:val="ListParagraph"/>
      </w:pPr>
      <w:r>
        <w:rPr>
          <w:sz w:val="22"/>
        </w:rPr>
        <w:t>C. vương triều XVII</w:t>
      </w:r>
    </w:p>
    <w:p>
      <w:pPr>
        <w:pStyle w:val="ListParagraph"/>
      </w:pPr>
      <w:r>
        <w:rPr>
          <w:sz w:val="22"/>
        </w:rPr>
        <w:t>D. vương triều XIX</w:t>
      </w:r>
    </w:p>
    <w:p/>
    <w:p>
      <w:r>
        <w:rPr>
          <w:b/>
          <w:sz w:val="24"/>
        </w:rPr>
        <w:t>Câu 4: Điền số thích hợp: “Kim tự tháp Kêốp (Hufu) cao ... m.”</w:t>
      </w:r>
    </w:p>
    <w:p>
      <w:pPr>
        <w:pStyle w:val="ListParagraph"/>
      </w:pPr>
      <w:r>
        <w:rPr>
          <w:sz w:val="22"/>
        </w:rPr>
        <w:t>A. 137</w:t>
      </w:r>
    </w:p>
    <w:p>
      <w:pPr>
        <w:pStyle w:val="ListParagraph"/>
      </w:pPr>
      <w:r>
        <w:rPr>
          <w:sz w:val="22"/>
        </w:rPr>
        <w:t>B. 146,5</w:t>
      </w:r>
    </w:p>
    <w:p>
      <w:pPr>
        <w:pStyle w:val="ListParagraph"/>
      </w:pPr>
      <w:r>
        <w:rPr>
          <w:sz w:val="22"/>
        </w:rPr>
        <w:t>C. 99</w:t>
      </w:r>
    </w:p>
    <w:p>
      <w:pPr>
        <w:pStyle w:val="ListParagraph"/>
      </w:pPr>
      <w:r>
        <w:rPr>
          <w:sz w:val="22"/>
        </w:rPr>
        <w:t>D. 66</w:t>
      </w:r>
    </w:p>
    <w:p/>
    <w:p>
      <w:r>
        <w:rPr>
          <w:b/>
          <w:sz w:val="24"/>
        </w:rPr>
        <w:t>Câu 5: Điền từ thích hợp: “Để khắc phục nhược điểm của nhật khuê, người Ai Cập cổ đại đã phát minh ra ...”</w:t>
      </w:r>
    </w:p>
    <w:p>
      <w:pPr>
        <w:pStyle w:val="ListParagraph"/>
      </w:pPr>
      <w:r>
        <w:rPr>
          <w:sz w:val="22"/>
        </w:rPr>
        <w:t>A. đồng hồ cát</w:t>
      </w:r>
    </w:p>
    <w:p>
      <w:pPr>
        <w:pStyle w:val="ListParagraph"/>
      </w:pPr>
      <w:r>
        <w:rPr>
          <w:sz w:val="22"/>
        </w:rPr>
        <w:t>B. đồng hồ nước</w:t>
      </w:r>
    </w:p>
    <w:p>
      <w:pPr>
        <w:pStyle w:val="ListParagraph"/>
      </w:pPr>
      <w:r>
        <w:rPr>
          <w:sz w:val="22"/>
        </w:rPr>
        <w:t>C. đồng hồ quả lắc</w:t>
      </w:r>
    </w:p>
    <w:p>
      <w:pPr>
        <w:pStyle w:val="ListParagraph"/>
      </w:pPr>
      <w:r>
        <w:rPr>
          <w:sz w:val="22"/>
        </w:rPr>
        <w:t>D. đồng hồ sao</w:t>
      </w:r>
    </w:p>
    <w:p/>
    <w:p>
      <w:r>
        <w:rPr>
          <w:b/>
          <w:sz w:val="24"/>
        </w:rPr>
        <w:t>Câu 6: Theo bài viết, các công trình kiến trúc tiêu biểu của Ai Cập cổ đại là gì?</w:t>
      </w:r>
    </w:p>
    <w:p>
      <w:pPr>
        <w:pStyle w:val="ListParagraph"/>
      </w:pPr>
      <w:r>
        <w:rPr>
          <w:sz w:val="22"/>
        </w:rPr>
        <w:t>A. Cung điện, đền miếu, Kim tự tháp</w:t>
      </w:r>
    </w:p>
    <w:p>
      <w:pPr>
        <w:pStyle w:val="ListParagraph"/>
      </w:pPr>
      <w:r>
        <w:rPr>
          <w:sz w:val="22"/>
        </w:rPr>
        <w:t>B. Thành lũy, đền miếu, Kim tự tháp</w:t>
      </w:r>
    </w:p>
    <w:p>
      <w:pPr>
        <w:pStyle w:val="ListParagraph"/>
      </w:pPr>
      <w:r>
        <w:rPr>
          <w:sz w:val="22"/>
        </w:rPr>
        <w:t>C. Kim tự tháp, tượng thần, tháp chuông</w:t>
      </w:r>
    </w:p>
    <w:p>
      <w:pPr>
        <w:pStyle w:val="ListParagraph"/>
      </w:pPr>
      <w:r>
        <w:rPr>
          <w:sz w:val="22"/>
        </w:rPr>
        <w:t>D. Đền miếu, cung điện, nhà hát</w:t>
      </w:r>
    </w:p>
    <w:p/>
    <w:p>
      <w:r>
        <w:rPr>
          <w:b/>
          <w:sz w:val="24"/>
        </w:rPr>
        <w:t>Câu 7: Kim tự tháp do vua Giêđe xây dựng có điểm gì đặc biệt?</w:t>
      </w:r>
    </w:p>
    <w:p>
      <w:pPr>
        <w:pStyle w:val="ListParagraph"/>
      </w:pPr>
      <w:r>
        <w:rPr>
          <w:sz w:val="22"/>
        </w:rPr>
        <w:t>A. Cao 99m, đáy hình vuông</w:t>
      </w:r>
    </w:p>
    <w:p>
      <w:pPr>
        <w:pStyle w:val="ListParagraph"/>
      </w:pPr>
      <w:r>
        <w:rPr>
          <w:sz w:val="22"/>
        </w:rPr>
        <w:t>B. Cao 60m, đáy hình chữ nhật dài 120m, rộng 106m</w:t>
      </w:r>
    </w:p>
    <w:p>
      <w:pPr>
        <w:pStyle w:val="ListParagraph"/>
      </w:pPr>
      <w:r>
        <w:rPr>
          <w:sz w:val="22"/>
        </w:rPr>
        <w:t>C. Cao 137m, đáy hình tam giác</w:t>
      </w:r>
    </w:p>
    <w:p>
      <w:pPr>
        <w:pStyle w:val="ListParagraph"/>
      </w:pPr>
      <w:r>
        <w:rPr>
          <w:sz w:val="22"/>
        </w:rPr>
        <w:t>D. Cao 36,5m, đáy hình tròn</w:t>
      </w:r>
    </w:p>
    <w:p/>
    <w:p>
      <w:r>
        <w:rPr>
          <w:b/>
          <w:sz w:val="24"/>
        </w:rPr>
        <w:t>Câu 8: Theo Hêrôđôt, mỗi đội lao động xây Kim tự tháp có khoảng bao nhiêu người và thay phiên bao lâu một lần?</w:t>
      </w:r>
    </w:p>
    <w:p>
      <w:pPr>
        <w:pStyle w:val="ListParagraph"/>
      </w:pPr>
      <w:r>
        <w:rPr>
          <w:sz w:val="22"/>
        </w:rPr>
        <w:t>A. 10.000 người, thay phiên 3 tháng</w:t>
      </w:r>
    </w:p>
    <w:p>
      <w:pPr>
        <w:pStyle w:val="ListParagraph"/>
      </w:pPr>
      <w:r>
        <w:rPr>
          <w:sz w:val="22"/>
        </w:rPr>
        <w:t>B. 50.000 người, thay phiên 6 tháng</w:t>
      </w:r>
    </w:p>
    <w:p>
      <w:pPr>
        <w:pStyle w:val="ListParagraph"/>
      </w:pPr>
      <w:r>
        <w:rPr>
          <w:sz w:val="22"/>
        </w:rPr>
        <w:t>C. Gần 100.000 người, thay phiên 3 tháng</w:t>
      </w:r>
    </w:p>
    <w:p>
      <w:pPr>
        <w:pStyle w:val="ListParagraph"/>
      </w:pPr>
      <w:r>
        <w:rPr>
          <w:sz w:val="22"/>
        </w:rPr>
        <w:t>D. 200.000 người, thay phiên 1 năm</w:t>
      </w:r>
    </w:p>
    <w:p/>
    <w:p>
      <w:r>
        <w:rPr>
          <w:b/>
          <w:sz w:val="24"/>
        </w:rPr>
        <w:t>Câu 9: Kim tự tháp Kêốp có đáy là hình gì?</w:t>
      </w:r>
    </w:p>
    <w:p>
      <w:pPr>
        <w:pStyle w:val="ListParagraph"/>
      </w:pPr>
      <w:r>
        <w:rPr>
          <w:sz w:val="22"/>
        </w:rPr>
        <w:t>A. Hình tam giác</w:t>
      </w:r>
    </w:p>
    <w:p>
      <w:pPr>
        <w:pStyle w:val="ListParagraph"/>
      </w:pPr>
      <w:r>
        <w:rPr>
          <w:sz w:val="22"/>
        </w:rPr>
        <w:t>B. Hình chữ nhật</w:t>
      </w:r>
    </w:p>
    <w:p>
      <w:pPr>
        <w:pStyle w:val="ListParagraph"/>
      </w:pPr>
      <w:r>
        <w:rPr>
          <w:sz w:val="22"/>
        </w:rPr>
        <w:t>C. Hình vuông</w:t>
      </w:r>
    </w:p>
    <w:p>
      <w:pPr>
        <w:pStyle w:val="ListParagraph"/>
      </w:pPr>
      <w:r>
        <w:rPr>
          <w:sz w:val="22"/>
        </w:rPr>
        <w:t>D. Hình bát giác</w:t>
      </w:r>
    </w:p>
    <w:p/>
    <w:p>
      <w:r>
        <w:rPr>
          <w:b/>
          <w:sz w:val="24"/>
        </w:rPr>
        <w:t>Câu 10: Kim tự tháp Kêốp có hai hầm mộ: một nằm sâu 30m dưới lòng đất và một ở đâu?</w:t>
      </w:r>
    </w:p>
    <w:p>
      <w:pPr>
        <w:pStyle w:val="ListParagraph"/>
      </w:pPr>
      <w:r>
        <w:rPr>
          <w:sz w:val="22"/>
        </w:rPr>
        <w:t>A. Ở giữa Kim tự tháp, cách mặt đất 40m</w:t>
      </w:r>
    </w:p>
    <w:p>
      <w:pPr>
        <w:pStyle w:val="ListParagraph"/>
      </w:pPr>
      <w:r>
        <w:rPr>
          <w:sz w:val="22"/>
        </w:rPr>
        <w:t>B. Ở đỉnh Kim tự tháp</w:t>
      </w:r>
    </w:p>
    <w:p>
      <w:pPr>
        <w:pStyle w:val="ListParagraph"/>
      </w:pPr>
      <w:r>
        <w:rPr>
          <w:sz w:val="22"/>
        </w:rPr>
        <w:t>C. Ở phía nam Kim tự tháp</w:t>
      </w:r>
    </w:p>
    <w:p>
      <w:pPr>
        <w:pStyle w:val="ListParagraph"/>
      </w:pPr>
      <w:r>
        <w:rPr>
          <w:sz w:val="22"/>
        </w:rPr>
        <w:t>D. Bên cạnh tượng Xphanh</w:t>
      </w:r>
    </w:p>
    <w:p/>
    <w:p>
      <w:r>
        <w:rPr>
          <w:b/>
          <w:sz w:val="24"/>
        </w:rPr>
        <w:t>Câu 11: Vì sao ban đầu hầm mộ dưới đất đã hoàn thành nhưng Kêốp vẫn cho xây hầm mộ ở trên cao?</w:t>
      </w:r>
    </w:p>
    <w:p>
      <w:pPr>
        <w:pStyle w:val="ListParagraph"/>
      </w:pPr>
      <w:r>
        <w:rPr>
          <w:sz w:val="22"/>
        </w:rPr>
        <w:t>A. Vì hầm dưới đất bị sạt lở</w:t>
      </w:r>
    </w:p>
    <w:p>
      <w:pPr>
        <w:pStyle w:val="ListParagraph"/>
      </w:pPr>
      <w:r>
        <w:rPr>
          <w:sz w:val="22"/>
        </w:rPr>
        <w:t>B. Vì nhà vua thay đổi ý kiến</w:t>
      </w:r>
    </w:p>
    <w:p>
      <w:pPr>
        <w:pStyle w:val="ListParagraph"/>
      </w:pPr>
      <w:r>
        <w:rPr>
          <w:sz w:val="22"/>
        </w:rPr>
        <w:t>C. Vì các tư tế yêu cầu</w:t>
      </w:r>
    </w:p>
    <w:p>
      <w:pPr>
        <w:pStyle w:val="ListParagraph"/>
      </w:pPr>
      <w:r>
        <w:rPr>
          <w:sz w:val="22"/>
        </w:rPr>
        <w:t>D. Vì phong tục mai táng thay đổi</w:t>
      </w:r>
    </w:p>
    <w:p/>
    <w:p>
      <w:r>
        <w:rPr>
          <w:b/>
          <w:sz w:val="24"/>
        </w:rPr>
        <w:t>Câu 12: Theo bài viết, con đường từ bến đá đến khu lăng mộ dài hơn 900m, rộng 18m, chỗ cao nhất 15m. Con đường này được làm trong bao lâu?</w:t>
      </w:r>
    </w:p>
    <w:p>
      <w:pPr>
        <w:pStyle w:val="ListParagraph"/>
      </w:pPr>
      <w:r>
        <w:rPr>
          <w:sz w:val="22"/>
        </w:rPr>
        <w:t>A. 10 năm</w:t>
      </w:r>
    </w:p>
    <w:p>
      <w:pPr>
        <w:pStyle w:val="ListParagraph"/>
      </w:pPr>
      <w:r>
        <w:rPr>
          <w:sz w:val="22"/>
        </w:rPr>
        <w:t>B. 20 năm</w:t>
      </w:r>
    </w:p>
    <w:p>
      <w:pPr>
        <w:pStyle w:val="ListParagraph"/>
      </w:pPr>
      <w:r>
        <w:rPr>
          <w:sz w:val="22"/>
        </w:rPr>
        <w:t>C. 15 năm</w:t>
      </w:r>
    </w:p>
    <w:p>
      <w:pPr>
        <w:pStyle w:val="ListParagraph"/>
      </w:pPr>
      <w:r>
        <w:rPr>
          <w:sz w:val="22"/>
        </w:rPr>
        <w:t>D. 5 năm</w:t>
      </w:r>
    </w:p>
    <w:p/>
    <w:p>
      <w:r>
        <w:rPr>
          <w:b/>
          <w:sz w:val="24"/>
        </w:rPr>
        <w:t>Câu 13: Không kể thời gian làm đường và hầm mộ, việc xây Kim tự tháp Kêốp kéo dài bao lâu?</w:t>
      </w:r>
    </w:p>
    <w:p>
      <w:pPr>
        <w:pStyle w:val="ListParagraph"/>
      </w:pPr>
      <w:r>
        <w:rPr>
          <w:sz w:val="22"/>
        </w:rPr>
        <w:t>A. 10 năm</w:t>
      </w:r>
    </w:p>
    <w:p>
      <w:pPr>
        <w:pStyle w:val="ListParagraph"/>
      </w:pPr>
      <w:r>
        <w:rPr>
          <w:sz w:val="22"/>
        </w:rPr>
        <w:t>B. 20 năm</w:t>
      </w:r>
    </w:p>
    <w:p>
      <w:pPr>
        <w:pStyle w:val="ListParagraph"/>
      </w:pPr>
      <w:r>
        <w:rPr>
          <w:sz w:val="22"/>
        </w:rPr>
        <w:t>C. 30 năm</w:t>
      </w:r>
    </w:p>
    <w:p>
      <w:pPr>
        <w:pStyle w:val="ListParagraph"/>
      </w:pPr>
      <w:r>
        <w:rPr>
          <w:sz w:val="22"/>
        </w:rPr>
        <w:t>D. 40 năm</w:t>
      </w:r>
    </w:p>
    <w:p/>
    <w:p>
      <w:r>
        <w:rPr>
          <w:b/>
          <w:sz w:val="24"/>
        </w:rPr>
        <w:t>Câu 14: Trong nghệ thuật điêu khắc Ai Cập cổ đại, bức tượng được đánh giá là đẹp nhất là tượng bán thân của hoàng hậu nào?</w:t>
      </w:r>
    </w:p>
    <w:p>
      <w:pPr>
        <w:pStyle w:val="ListParagraph"/>
      </w:pPr>
      <w:r>
        <w:rPr>
          <w:sz w:val="22"/>
        </w:rPr>
        <w:t>A. Nêféctiti</w:t>
      </w:r>
    </w:p>
    <w:p>
      <w:pPr>
        <w:pStyle w:val="ListParagraph"/>
      </w:pPr>
      <w:r>
        <w:rPr>
          <w:sz w:val="22"/>
        </w:rPr>
        <w:t>B. Ramses II</w:t>
      </w:r>
    </w:p>
    <w:p>
      <w:pPr>
        <w:pStyle w:val="ListParagraph"/>
      </w:pPr>
      <w:r>
        <w:rPr>
          <w:sz w:val="22"/>
        </w:rPr>
        <w:t>C. Kêphren</w:t>
      </w:r>
    </w:p>
    <w:p>
      <w:pPr>
        <w:pStyle w:val="ListParagraph"/>
      </w:pPr>
      <w:r>
        <w:rPr>
          <w:sz w:val="22"/>
        </w:rPr>
        <w:t>D. Giêđe</w:t>
      </w:r>
    </w:p>
    <w:p/>
    <w:p>
      <w:r>
        <w:rPr>
          <w:b/>
          <w:sz w:val="24"/>
        </w:rPr>
        <w:t>Câu 15: Tượng Xphanh ở Ghidê là tượng của vua nào?</w:t>
      </w:r>
    </w:p>
    <w:p>
      <w:pPr>
        <w:pStyle w:val="ListParagraph"/>
      </w:pPr>
      <w:r>
        <w:rPr>
          <w:sz w:val="22"/>
        </w:rPr>
        <w:t>A. Kêốp</w:t>
      </w:r>
    </w:p>
    <w:p>
      <w:pPr>
        <w:pStyle w:val="ListParagraph"/>
      </w:pPr>
      <w:r>
        <w:rPr>
          <w:sz w:val="22"/>
        </w:rPr>
        <w:t>B. Xnêphru</w:t>
      </w:r>
    </w:p>
    <w:p>
      <w:pPr>
        <w:pStyle w:val="ListParagraph"/>
      </w:pPr>
      <w:r>
        <w:rPr>
          <w:sz w:val="22"/>
        </w:rPr>
        <w:t>C. Kêphren</w:t>
      </w:r>
    </w:p>
    <w:p>
      <w:pPr>
        <w:pStyle w:val="ListParagraph"/>
      </w:pPr>
      <w:r>
        <w:rPr>
          <w:sz w:val="22"/>
        </w:rPr>
        <w:t>D. Ichnatôn</w:t>
      </w:r>
    </w:p>
    <w:p/>
    <w:p>
      <w:r>
        <w:rPr>
          <w:b/>
          <w:sz w:val="24"/>
        </w:rPr>
        <w:t>Câu 16: Hình tượng đầu người, mình sư tử của tượng Xphanh ở Ghidê thể hiện điều gì?</w:t>
      </w:r>
    </w:p>
    <w:p>
      <w:pPr>
        <w:pStyle w:val="ListParagraph"/>
      </w:pPr>
      <w:r>
        <w:rPr>
          <w:sz w:val="22"/>
        </w:rPr>
        <w:t>A. Vua có trí tuệ của loài người và sức mạnh của sư tử</w:t>
      </w:r>
    </w:p>
    <w:p>
      <w:pPr>
        <w:pStyle w:val="ListParagraph"/>
      </w:pPr>
      <w:r>
        <w:rPr>
          <w:sz w:val="22"/>
        </w:rPr>
        <w:t>B. Vua là con của thần Mặt Trời</w:t>
      </w:r>
    </w:p>
    <w:p>
      <w:pPr>
        <w:pStyle w:val="ListParagraph"/>
      </w:pPr>
      <w:r>
        <w:rPr>
          <w:sz w:val="22"/>
        </w:rPr>
        <w:t>C. Vua bất tử như thần linh</w:t>
      </w:r>
    </w:p>
    <w:p>
      <w:pPr>
        <w:pStyle w:val="ListParagraph"/>
      </w:pPr>
      <w:r>
        <w:rPr>
          <w:sz w:val="22"/>
        </w:rPr>
        <w:t>D. Vua thống trị muôn loài</w:t>
      </w:r>
    </w:p>
    <w:p/>
    <w:p>
      <w:r>
        <w:rPr>
          <w:b/>
          <w:sz w:val="24"/>
        </w:rPr>
        <w:t>Câu 17: Thành tựu quan trọng nhất về thiên văn của người Ai Cập cổ đại là gì?</w:t>
      </w:r>
    </w:p>
    <w:p>
      <w:pPr>
        <w:pStyle w:val="ListParagraph"/>
      </w:pPr>
      <w:r>
        <w:rPr>
          <w:sz w:val="22"/>
        </w:rPr>
        <w:t>A. Phát hiện 12 cung hoàng đạo</w:t>
      </w:r>
    </w:p>
    <w:p>
      <w:pPr>
        <w:pStyle w:val="ListParagraph"/>
      </w:pPr>
      <w:r>
        <w:rPr>
          <w:sz w:val="22"/>
        </w:rPr>
        <w:t>B. Đặt ra lịch</w:t>
      </w:r>
    </w:p>
    <w:p>
      <w:pPr>
        <w:pStyle w:val="ListParagraph"/>
      </w:pPr>
      <w:r>
        <w:rPr>
          <w:sz w:val="22"/>
        </w:rPr>
        <w:t>C. Phát minh nhật khuê</w:t>
      </w:r>
    </w:p>
    <w:p>
      <w:pPr>
        <w:pStyle w:val="ListParagraph"/>
      </w:pPr>
      <w:r>
        <w:rPr>
          <w:sz w:val="22"/>
        </w:rPr>
        <w:t>D. Quan sát các hành tinh</w:t>
      </w:r>
    </w:p>
    <w:p/>
    <w:p>
      <w:r>
        <w:rPr>
          <w:b/>
          <w:sz w:val="24"/>
        </w:rPr>
        <w:t>Câu 18: Lịch Ai Cập cổ đại được đặt ra dựa trên cơ sở nào?</w:t>
      </w:r>
    </w:p>
    <w:p>
      <w:pPr>
        <w:pStyle w:val="ListParagraph"/>
      </w:pPr>
      <w:r>
        <w:rPr>
          <w:sz w:val="22"/>
        </w:rPr>
        <w:t>A. Chu kì mọc của sao Lang và quy luật dâng nước của sông Nin</w:t>
      </w:r>
    </w:p>
    <w:p>
      <w:pPr>
        <w:pStyle w:val="ListParagraph"/>
      </w:pPr>
      <w:r>
        <w:rPr>
          <w:sz w:val="22"/>
        </w:rPr>
        <w:t>B. Chu kì Mặt Trăng và các mùa trong năm</w:t>
      </w:r>
    </w:p>
    <w:p>
      <w:pPr>
        <w:pStyle w:val="ListParagraph"/>
      </w:pPr>
      <w:r>
        <w:rPr>
          <w:sz w:val="22"/>
        </w:rPr>
        <w:t>C. Sự chuyển động của sao Kim</w:t>
      </w:r>
    </w:p>
    <w:p>
      <w:pPr>
        <w:pStyle w:val="ListParagraph"/>
      </w:pPr>
      <w:r>
        <w:rPr>
          <w:sz w:val="22"/>
        </w:rPr>
        <w:t>D. Quan sát nhật thực, nguyệt thực</w:t>
      </w:r>
    </w:p>
    <w:p/>
    <w:p>
      <w:r>
        <w:rPr>
          <w:b/>
          <w:sz w:val="24"/>
        </w:rPr>
        <w:t>Câu 19: Người Ai Cập cổ đại sử dụng hệ đếm nào làm cơ sở?</w:t>
      </w:r>
    </w:p>
    <w:p>
      <w:pPr>
        <w:pStyle w:val="ListParagraph"/>
      </w:pPr>
      <w:r>
        <w:rPr>
          <w:sz w:val="22"/>
        </w:rPr>
        <w:t>A. Hệ nhị phân</w:t>
      </w:r>
    </w:p>
    <w:p>
      <w:pPr>
        <w:pStyle w:val="ListParagraph"/>
      </w:pPr>
      <w:r>
        <w:rPr>
          <w:sz w:val="22"/>
        </w:rPr>
        <w:t>B. Hệ thập phân</w:t>
      </w:r>
    </w:p>
    <w:p>
      <w:pPr>
        <w:pStyle w:val="ListParagraph"/>
      </w:pPr>
      <w:r>
        <w:rPr>
          <w:sz w:val="22"/>
        </w:rPr>
        <w:t>C. Hệ thập nhị phân</w:t>
      </w:r>
    </w:p>
    <w:p>
      <w:pPr>
        <w:pStyle w:val="ListParagraph"/>
      </w:pPr>
      <w:r>
        <w:rPr>
          <w:sz w:val="22"/>
        </w:rPr>
        <w:t>D. Hệ bát phân</w:t>
      </w:r>
    </w:p>
    <w:p/>
    <w:p>
      <w:r>
        <w:rPr>
          <w:b/>
          <w:sz w:val="24"/>
        </w:rPr>
        <w:t>Câu 20: Theo người Ai Cập cổ đại, nguyên nhân chủ yếu gây ra bệnh tật là gì?</w:t>
      </w:r>
    </w:p>
    <w:p>
      <w:pPr>
        <w:pStyle w:val="ListParagraph"/>
      </w:pPr>
      <w:r>
        <w:rPr>
          <w:sz w:val="22"/>
        </w:rPr>
        <w:t>A. Do ma quỷ hoặc phù thủy</w:t>
      </w:r>
    </w:p>
    <w:p>
      <w:pPr>
        <w:pStyle w:val="ListParagraph"/>
      </w:pPr>
      <w:r>
        <w:rPr>
          <w:sz w:val="22"/>
        </w:rPr>
        <w:t>B. Do sự không bình thường của mạch máu</w:t>
      </w:r>
    </w:p>
    <w:p>
      <w:pPr>
        <w:pStyle w:val="ListParagraph"/>
      </w:pPr>
      <w:r>
        <w:rPr>
          <w:sz w:val="22"/>
        </w:rPr>
        <w:t>C. Do bị thần linh trừng phạt</w:t>
      </w:r>
    </w:p>
    <w:p>
      <w:pPr>
        <w:pStyle w:val="ListParagraph"/>
      </w:pPr>
      <w:r>
        <w:rPr>
          <w:sz w:val="22"/>
        </w:rPr>
        <w:t>D. Do thời tiết và môi trường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