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Ôn tập tuần 3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liền sau của 45 899 là số nào?</w:t>
      </w:r>
    </w:p>
    <w:p>
      <w:pPr>
        <w:pStyle w:val="ListParagraph"/>
      </w:pPr>
      <w:r>
        <w:rPr>
          <w:sz w:val="22"/>
        </w:rPr>
        <w:t>A. 45 898</w:t>
      </w:r>
    </w:p>
    <w:p>
      <w:pPr>
        <w:pStyle w:val="ListParagraph"/>
      </w:pPr>
      <w:r>
        <w:rPr>
          <w:sz w:val="22"/>
        </w:rPr>
        <w:t>B. 45 900</w:t>
      </w:r>
    </w:p>
    <w:p>
      <w:pPr>
        <w:pStyle w:val="ListParagraph"/>
      </w:pPr>
      <w:r>
        <w:rPr>
          <w:sz w:val="22"/>
        </w:rPr>
        <w:t>C. 46 000</w:t>
      </w:r>
    </w:p>
    <w:p>
      <w:pPr>
        <w:pStyle w:val="ListParagraph"/>
      </w:pPr>
      <w:r>
        <w:rPr>
          <w:sz w:val="22"/>
        </w:rPr>
        <w:t>D. 45 890</w:t>
      </w:r>
    </w:p>
    <w:p/>
    <w:p>
      <w:r>
        <w:rPr>
          <w:b/>
          <w:sz w:val="24"/>
        </w:rPr>
        <w:t>Câu 2: Trong số 57 324, chữ số 7 có giá trị là bao nhiêu?</w:t>
      </w:r>
    </w:p>
    <w:p>
      <w:pPr>
        <w:pStyle w:val="ListParagraph"/>
      </w:pPr>
      <w:r>
        <w:rPr>
          <w:sz w:val="22"/>
        </w:rPr>
        <w:t>A. 700</w:t>
      </w:r>
    </w:p>
    <w:p>
      <w:pPr>
        <w:pStyle w:val="ListParagraph"/>
      </w:pPr>
      <w:r>
        <w:rPr>
          <w:sz w:val="22"/>
        </w:rPr>
        <w:t>B. 7 000</w:t>
      </w:r>
    </w:p>
    <w:p>
      <w:pPr>
        <w:pStyle w:val="ListParagraph"/>
      </w:pPr>
      <w:r>
        <w:rPr>
          <w:sz w:val="22"/>
        </w:rPr>
        <w:t>C. 70 000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3: Số nào dưới đây là số chẵn?</w:t>
      </w:r>
    </w:p>
    <w:p>
      <w:pPr>
        <w:pStyle w:val="ListParagraph"/>
      </w:pPr>
      <w:r>
        <w:rPr>
          <w:sz w:val="22"/>
        </w:rPr>
        <w:t>A. 2 345</w:t>
      </w:r>
    </w:p>
    <w:p>
      <w:pPr>
        <w:pStyle w:val="ListParagraph"/>
      </w:pPr>
      <w:r>
        <w:rPr>
          <w:sz w:val="22"/>
        </w:rPr>
        <w:t>B. 4 678</w:t>
      </w:r>
    </w:p>
    <w:p>
      <w:pPr>
        <w:pStyle w:val="ListParagraph"/>
      </w:pPr>
      <w:r>
        <w:rPr>
          <w:sz w:val="22"/>
        </w:rPr>
        <w:t>C. 9 001</w:t>
      </w:r>
    </w:p>
    <w:p>
      <w:pPr>
        <w:pStyle w:val="ListParagraph"/>
      </w:pPr>
      <w:r>
        <w:rPr>
          <w:sz w:val="22"/>
        </w:rPr>
        <w:t>D. 7 777</w:t>
      </w:r>
    </w:p>
    <w:p/>
    <w:p>
      <w:r>
        <w:rPr>
          <w:b/>
          <w:sz w:val="24"/>
        </w:rPr>
        <w:t>Câu 4: Giá trị của biểu thức $35 + a$ khi $a = 18$ là bao nhiêu?</w:t>
      </w:r>
    </w:p>
    <w:p>
      <w:pPr>
        <w:pStyle w:val="ListParagraph"/>
      </w:pPr>
      <w:r>
        <w:rPr>
          <w:sz w:val="22"/>
        </w:rPr>
        <w:t>A. 43</w:t>
      </w:r>
    </w:p>
    <w:p>
      <w:pPr>
        <w:pStyle w:val="ListParagraph"/>
      </w:pPr>
      <w:r>
        <w:rPr>
          <w:sz w:val="22"/>
        </w:rPr>
        <w:t>B. 53</w:t>
      </w:r>
    </w:p>
    <w:p>
      <w:pPr>
        <w:pStyle w:val="ListParagraph"/>
      </w:pPr>
      <w:r>
        <w:rPr>
          <w:sz w:val="22"/>
        </w:rPr>
        <w:t>C. 63</w:t>
      </w:r>
    </w:p>
    <w:p>
      <w:pPr>
        <w:pStyle w:val="ListParagraph"/>
      </w:pPr>
      <w:r>
        <w:rPr>
          <w:sz w:val="22"/>
        </w:rPr>
        <w:t>D. 18</w:t>
      </w:r>
    </w:p>
    <w:p/>
    <w:p>
      <w:r>
        <w:rPr>
          <w:b/>
          <w:sz w:val="24"/>
        </w:rPr>
        <w:t>Câu 5: Kết quả của phép tính $12\,345 + 6\,789$ là:</w:t>
      </w:r>
    </w:p>
    <w:p>
      <w:pPr>
        <w:pStyle w:val="ListParagraph"/>
      </w:pPr>
      <w:r>
        <w:rPr>
          <w:sz w:val="22"/>
        </w:rPr>
        <w:t>A. 18 134</w:t>
      </w:r>
    </w:p>
    <w:p>
      <w:pPr>
        <w:pStyle w:val="ListParagraph"/>
      </w:pPr>
      <w:r>
        <w:rPr>
          <w:sz w:val="22"/>
        </w:rPr>
        <w:t>B. 19 134</w:t>
      </w:r>
    </w:p>
    <w:p>
      <w:pPr>
        <w:pStyle w:val="ListParagraph"/>
      </w:pPr>
      <w:r>
        <w:rPr>
          <w:sz w:val="22"/>
        </w:rPr>
        <w:t>C. 19 044</w:t>
      </w:r>
    </w:p>
    <w:p>
      <w:pPr>
        <w:pStyle w:val="ListParagraph"/>
      </w:pPr>
      <w:r>
        <w:rPr>
          <w:sz w:val="22"/>
        </w:rPr>
        <w:t>D. 18 044</w:t>
      </w:r>
    </w:p>
    <w:p/>
    <w:p>
      <w:r>
        <w:rPr>
          <w:b/>
          <w:sz w:val="24"/>
        </w:rPr>
        <w:t>Câu 6: Kết quả của phép tính $50\,000 - 23\,456$ là:</w:t>
      </w:r>
    </w:p>
    <w:p>
      <w:pPr>
        <w:pStyle w:val="ListParagraph"/>
      </w:pPr>
      <w:r>
        <w:rPr>
          <w:sz w:val="22"/>
        </w:rPr>
        <w:t>A. 26 544</w:t>
      </w:r>
    </w:p>
    <w:p>
      <w:pPr>
        <w:pStyle w:val="ListParagraph"/>
      </w:pPr>
      <w:r>
        <w:rPr>
          <w:sz w:val="22"/>
        </w:rPr>
        <w:t>B. 27 544</w:t>
      </w:r>
    </w:p>
    <w:p>
      <w:pPr>
        <w:pStyle w:val="ListParagraph"/>
      </w:pPr>
      <w:r>
        <w:rPr>
          <w:sz w:val="22"/>
        </w:rPr>
        <w:t>C. 26 444</w:t>
      </w:r>
    </w:p>
    <w:p>
      <w:pPr>
        <w:pStyle w:val="ListParagraph"/>
      </w:pPr>
      <w:r>
        <w:rPr>
          <w:sz w:val="22"/>
        </w:rPr>
        <w:t>D. 27 444</w:t>
      </w:r>
    </w:p>
    <w:p/>
    <w:p>
      <w:r>
        <w:rPr>
          <w:b/>
          <w:sz w:val="24"/>
        </w:rPr>
        <w:t>Câu 7: Một cửa hàng buổi sáng bán được 1 250 kg gạo, buổi chiều bán được ít hơn buổi sáng 375 kg. Hỏi cả hai buổi cửa hàng bán được bao nhiêu ki-lô-gam gạo?</w:t>
      </w:r>
    </w:p>
    <w:p>
      <w:pPr>
        <w:pStyle w:val="ListParagraph"/>
      </w:pPr>
      <w:r>
        <w:rPr>
          <w:sz w:val="22"/>
        </w:rPr>
        <w:t>A. 2 125 kg</w:t>
      </w:r>
    </w:p>
    <w:p>
      <w:pPr>
        <w:pStyle w:val="ListParagraph"/>
      </w:pPr>
      <w:r>
        <w:rPr>
          <w:sz w:val="22"/>
        </w:rPr>
        <w:t>B. 2 225 kg</w:t>
      </w:r>
    </w:p>
    <w:p>
      <w:pPr>
        <w:pStyle w:val="ListParagraph"/>
      </w:pPr>
      <w:r>
        <w:rPr>
          <w:sz w:val="22"/>
        </w:rPr>
        <w:t>C. 1 875 kg</w:t>
      </w:r>
    </w:p>
    <w:p>
      <w:pPr>
        <w:pStyle w:val="ListParagraph"/>
      </w:pPr>
      <w:r>
        <w:rPr>
          <w:sz w:val="22"/>
        </w:rPr>
        <w:t>D. 2 025 kg</w:t>
      </w:r>
    </w:p>
    <w:p/>
    <w:p>
      <w:r>
        <w:rPr>
          <w:b/>
          <w:sz w:val="24"/>
        </w:rPr>
        <w:t>Câu 8: Tìm $x$, biết $x + 2\,345 = 8\,900$.</w:t>
      </w:r>
    </w:p>
    <w:p>
      <w:pPr>
        <w:pStyle w:val="ListParagraph"/>
      </w:pPr>
      <w:r>
        <w:rPr>
          <w:sz w:val="22"/>
        </w:rPr>
        <w:t>A. 6 555</w:t>
      </w:r>
    </w:p>
    <w:p>
      <w:pPr>
        <w:pStyle w:val="ListParagraph"/>
      </w:pPr>
      <w:r>
        <w:rPr>
          <w:sz w:val="22"/>
        </w:rPr>
        <w:t>B. 6 455</w:t>
      </w:r>
    </w:p>
    <w:p>
      <w:pPr>
        <w:pStyle w:val="ListParagraph"/>
      </w:pPr>
      <w:r>
        <w:rPr>
          <w:sz w:val="22"/>
        </w:rPr>
        <w:t>C. 11 245</w:t>
      </w:r>
    </w:p>
    <w:p>
      <w:pPr>
        <w:pStyle w:val="ListParagraph"/>
      </w:pPr>
      <w:r>
        <w:rPr>
          <w:sz w:val="22"/>
        </w:rPr>
        <w:t>D. 6 545</w:t>
      </w:r>
    </w:p>
    <w:p/>
    <w:p>
      <w:r>
        <w:rPr>
          <w:b/>
          <w:sz w:val="24"/>
        </w:rPr>
        <w:t>Câu 9: Số lớn nhất trong các số 98 765; 98 756; 98 675; 98 657 là:</w:t>
      </w:r>
    </w:p>
    <w:p>
      <w:pPr>
        <w:pStyle w:val="ListParagraph"/>
      </w:pPr>
      <w:r>
        <w:rPr>
          <w:sz w:val="22"/>
        </w:rPr>
        <w:t>A. 98 765</w:t>
      </w:r>
    </w:p>
    <w:p>
      <w:pPr>
        <w:pStyle w:val="ListParagraph"/>
      </w:pPr>
      <w:r>
        <w:rPr>
          <w:sz w:val="22"/>
        </w:rPr>
        <w:t>B. 98 756</w:t>
      </w:r>
    </w:p>
    <w:p>
      <w:pPr>
        <w:pStyle w:val="ListParagraph"/>
      </w:pPr>
      <w:r>
        <w:rPr>
          <w:sz w:val="22"/>
        </w:rPr>
        <w:t>C. 98 675</w:t>
      </w:r>
    </w:p>
    <w:p>
      <w:pPr>
        <w:pStyle w:val="ListParagraph"/>
      </w:pPr>
      <w:r>
        <w:rPr>
          <w:sz w:val="22"/>
        </w:rPr>
        <w:t>D. 98 657</w:t>
      </w:r>
    </w:p>
    <w:p/>
    <w:p>
      <w:r>
        <w:rPr>
          <w:b/>
          <w:sz w:val="24"/>
        </w:rPr>
        <w:t>Câu 10: Biểu thức nào dưới đây có giá trị bằng 24?</w:t>
      </w:r>
    </w:p>
    <w:p>
      <w:pPr>
        <w:pStyle w:val="ListParagraph"/>
      </w:pPr>
      <w:r>
        <w:rPr>
          <w:sz w:val="22"/>
        </w:rPr>
        <w:t>A. $6 + 3 \times 4$</w:t>
      </w:r>
    </w:p>
    <w:p>
      <w:pPr>
        <w:pStyle w:val="ListParagraph"/>
      </w:pPr>
      <w:r>
        <w:rPr>
          <w:sz w:val="22"/>
        </w:rPr>
        <w:t>B. $(6 + 3) \times 4$</w:t>
      </w:r>
    </w:p>
    <w:p>
      <w:pPr>
        <w:pStyle w:val="ListParagraph"/>
      </w:pPr>
      <w:r>
        <w:rPr>
          <w:sz w:val="22"/>
        </w:rPr>
        <w:t>C. $6 \times 3 + 4$</w:t>
      </w:r>
    </w:p>
    <w:p>
      <w:pPr>
        <w:pStyle w:val="ListParagraph"/>
      </w:pPr>
      <w:r>
        <w:rPr>
          <w:sz w:val="22"/>
        </w:rPr>
        <w:t>D. $6 \times (3 + 1)$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