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Vật lý Lớp 11 - Dao động cơ học: Dao động điều hòa và con lắc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Một vật dao động điều hòa với phương trình x = 4cos(2πt + π/2) cm. Biên độ và pha ban đầu của dao động là:</w:t>
      </w:r>
    </w:p>
    <w:p>
      <w:pPr>
        <w:pStyle w:val="ListParagraph"/>
      </w:pPr>
      <w:r>
        <w:rPr>
          <w:sz w:val="22"/>
        </w:rPr>
        <w:t>A. A = 4 cm, φ = π/2</w:t>
      </w:r>
    </w:p>
    <w:p>
      <w:pPr>
        <w:pStyle w:val="ListParagraph"/>
      </w:pPr>
      <w:r>
        <w:rPr>
          <w:sz w:val="22"/>
        </w:rPr>
        <w:t>B. A = 4 cm, φ = 2π</w:t>
      </w:r>
    </w:p>
    <w:p>
      <w:pPr>
        <w:pStyle w:val="ListParagraph"/>
      </w:pPr>
      <w:r>
        <w:rPr>
          <w:sz w:val="22"/>
        </w:rPr>
        <w:t>C. A = 2π cm, φ = 4</w:t>
      </w:r>
    </w:p>
    <w:p>
      <w:pPr>
        <w:pStyle w:val="ListParagraph"/>
      </w:pPr>
      <w:r>
        <w:rPr>
          <w:sz w:val="22"/>
        </w:rPr>
        <w:t>D. A = 4 m, φ = π/2</w:t>
      </w:r>
    </w:p>
    <w:p/>
    <w:p>
      <w:r>
        <w:rPr>
          <w:b/>
          <w:sz w:val="24"/>
        </w:rPr>
        <w:t>Câu 2: Gia tốc của vật dao động điều hòa luôn:</w:t>
      </w:r>
    </w:p>
    <w:p>
      <w:pPr>
        <w:pStyle w:val="ListParagraph"/>
      </w:pPr>
      <w:r>
        <w:rPr>
          <w:sz w:val="22"/>
        </w:rPr>
        <w:t>A. hướng về vị trí cân bằng và tỉ lệ với li độ</w:t>
      </w:r>
    </w:p>
    <w:p>
      <w:pPr>
        <w:pStyle w:val="ListParagraph"/>
      </w:pPr>
      <w:r>
        <w:rPr>
          <w:sz w:val="22"/>
        </w:rPr>
        <w:t>B. ngược chiều với vận tốc</w:t>
      </w:r>
    </w:p>
    <w:p>
      <w:pPr>
        <w:pStyle w:val="ListParagraph"/>
      </w:pPr>
      <w:r>
        <w:rPr>
          <w:sz w:val="22"/>
        </w:rPr>
        <w:t>C. cùng pha với li độ</w:t>
      </w:r>
    </w:p>
    <w:p>
      <w:pPr>
        <w:pStyle w:val="ListParagraph"/>
      </w:pPr>
      <w:r>
        <w:rPr>
          <w:sz w:val="22"/>
        </w:rPr>
        <w:t>D. vuông pha với vận tốc</w:t>
      </w:r>
    </w:p>
    <w:p/>
    <w:p>
      <w:r>
        <w:rPr>
          <w:b/>
          <w:sz w:val="24"/>
        </w:rPr>
        <w:t>Câu 3: Chu kì dao động của con lắc lò xo:</w:t>
      </w:r>
    </w:p>
    <w:p>
      <w:pPr>
        <w:pStyle w:val="ListParagraph"/>
      </w:pPr>
      <w:r>
        <w:rPr>
          <w:sz w:val="22"/>
        </w:rPr>
        <w:t>A. tăng khi khối lượng vật nặng tăng</w:t>
      </w:r>
    </w:p>
    <w:p>
      <w:pPr>
        <w:pStyle w:val="ListParagraph"/>
      </w:pPr>
      <w:r>
        <w:rPr>
          <w:sz w:val="22"/>
        </w:rPr>
        <w:t>B. giảm khi độ cứng lò xo tăng</w:t>
      </w:r>
    </w:p>
    <w:p>
      <w:pPr>
        <w:pStyle w:val="ListParagraph"/>
      </w:pPr>
      <w:r>
        <w:rPr>
          <w:sz w:val="22"/>
        </w:rPr>
        <w:t>C. không phụ thuộc vào biên độ</w:t>
      </w:r>
    </w:p>
    <w:p>
      <w:pPr>
        <w:pStyle w:val="ListParagraph"/>
      </w:pPr>
      <w:r>
        <w:rPr>
          <w:sz w:val="22"/>
        </w:rPr>
        <w:t>D. cả A, B, C đều đúng</w:t>
      </w:r>
    </w:p>
    <w:p/>
    <w:p>
      <w:r>
        <w:rPr>
          <w:b/>
          <w:sz w:val="24"/>
        </w:rPr>
        <w:t>Câu 4: Phương trình vận tốc của vật dao động điều hòa x = A.cos(ωt + φ) là:</w:t>
      </w:r>
    </w:p>
    <w:p>
      <w:pPr>
        <w:pStyle w:val="ListParagraph"/>
      </w:pPr>
      <w:r>
        <w:rPr>
          <w:sz w:val="22"/>
        </w:rPr>
        <w:t>A. v = -Aω.sin(ωt + φ)</w:t>
      </w:r>
    </w:p>
    <w:p>
      <w:pPr>
        <w:pStyle w:val="ListParagraph"/>
      </w:pPr>
      <w:r>
        <w:rPr>
          <w:sz w:val="22"/>
        </w:rPr>
        <w:t>B. v = Aω.cos(ωt + φ)</w:t>
      </w:r>
    </w:p>
    <w:p>
      <w:pPr>
        <w:pStyle w:val="ListParagraph"/>
      </w:pPr>
      <w:r>
        <w:rPr>
          <w:sz w:val="22"/>
        </w:rPr>
        <w:t>C. v = -Aω.cos(ωt + φ)</w:t>
      </w:r>
    </w:p>
    <w:p>
      <w:pPr>
        <w:pStyle w:val="ListParagraph"/>
      </w:pPr>
      <w:r>
        <w:rPr>
          <w:sz w:val="22"/>
        </w:rPr>
        <w:t>D. v = Aω.sin(ωt + φ)</w:t>
      </w:r>
    </w:p>
    <w:p/>
    <w:p>
      <w:r>
        <w:rPr>
          <w:b/>
          <w:sz w:val="24"/>
        </w:rPr>
        <w:t>Câu 5: Một con lắc đơn có chiều dài ℓ, gia tốc trọng trường g. Chu kì dao động được tính bằng công thức:</w:t>
      </w:r>
    </w:p>
    <w:p>
      <w:pPr>
        <w:pStyle w:val="ListParagraph"/>
      </w:pPr>
      <w:r>
        <w:rPr>
          <w:sz w:val="22"/>
        </w:rPr>
        <w:t>A. T = 2π√(g/ℓ)</w:t>
      </w:r>
    </w:p>
    <w:p>
      <w:pPr>
        <w:pStyle w:val="ListParagraph"/>
      </w:pPr>
      <w:r>
        <w:rPr>
          <w:sz w:val="22"/>
        </w:rPr>
        <w:t>B. T = 2π√(ℓ/g)</w:t>
      </w:r>
    </w:p>
    <w:p>
      <w:pPr>
        <w:pStyle w:val="ListParagraph"/>
      </w:pPr>
      <w:r>
        <w:rPr>
          <w:sz w:val="22"/>
        </w:rPr>
        <w:t>C. T = 2π√(gℓ)</w:t>
      </w:r>
    </w:p>
    <w:p>
      <w:pPr>
        <w:pStyle w:val="ListParagraph"/>
      </w:pPr>
      <w:r>
        <w:rPr>
          <w:sz w:val="22"/>
        </w:rPr>
        <w:t>D. T = (1/2π)√(ℓ/g)</w:t>
      </w:r>
    </w:p>
    <w:p/>
    <w:p>
      <w:r>
        <w:rPr>
          <w:b/>
          <w:sz w:val="24"/>
        </w:rPr>
        <w:t>Câu 6: Trong dao động điều hòa, thế năng của vật biến thiên tuần hoàn với tần số:</w:t>
      </w:r>
    </w:p>
    <w:p>
      <w:pPr>
        <w:pStyle w:val="ListParagraph"/>
      </w:pPr>
      <w:r>
        <w:rPr>
          <w:sz w:val="22"/>
        </w:rPr>
        <w:t>A. bằng tần số dao động</w:t>
      </w:r>
    </w:p>
    <w:p>
      <w:pPr>
        <w:pStyle w:val="ListParagraph"/>
      </w:pPr>
      <w:r>
        <w:rPr>
          <w:sz w:val="22"/>
        </w:rPr>
        <w:t>B. gấp đôi tần số dao động</w:t>
      </w:r>
    </w:p>
    <w:p>
      <w:pPr>
        <w:pStyle w:val="ListParagraph"/>
      </w:pPr>
      <w:r>
        <w:rPr>
          <w:sz w:val="22"/>
        </w:rPr>
        <w:t>C. gấp bốn lần tần số dao động</w:t>
      </w:r>
    </w:p>
    <w:p>
      <w:pPr>
        <w:pStyle w:val="ListParagraph"/>
      </w:pPr>
      <w:r>
        <w:rPr>
          <w:sz w:val="22"/>
        </w:rPr>
        <w:t>D. nửa tần số dao động</w:t>
      </w:r>
    </w:p>
    <w:p/>
    <w:p>
      <w:r>
        <w:rPr>
          <w:b/>
          <w:sz w:val="24"/>
        </w:rPr>
        <w:t>Câu 7: Một vật dao động điều hòa với phương trình x = 2cos(4πt) cm. Vận tốc cực đại của vật là:</w:t>
      </w:r>
    </w:p>
    <w:p>
      <w:pPr>
        <w:pStyle w:val="ListParagraph"/>
      </w:pPr>
      <w:r>
        <w:rPr>
          <w:sz w:val="22"/>
        </w:rPr>
        <w:t>A. 2 cm/s</w:t>
      </w:r>
    </w:p>
    <w:p>
      <w:pPr>
        <w:pStyle w:val="ListParagraph"/>
      </w:pPr>
      <w:r>
        <w:rPr>
          <w:sz w:val="22"/>
        </w:rPr>
        <w:t>B. 4π cm/s</w:t>
      </w:r>
    </w:p>
    <w:p>
      <w:pPr>
        <w:pStyle w:val="ListParagraph"/>
      </w:pPr>
      <w:r>
        <w:rPr>
          <w:sz w:val="22"/>
        </w:rPr>
        <w:t>C. 8π cm/s</w:t>
      </w:r>
    </w:p>
    <w:p>
      <w:pPr>
        <w:pStyle w:val="ListParagraph"/>
      </w:pPr>
      <w:r>
        <w:rPr>
          <w:sz w:val="22"/>
        </w:rPr>
        <w:t>D. 16π cm/s</w:t>
      </w:r>
    </w:p>
    <w:p/>
    <w:p>
      <w:r>
        <w:rPr>
          <w:b/>
          <w:sz w:val="24"/>
        </w:rPr>
        <w:t>Câu 8: Con lắc lò xo gồm vật nặng 400g, lò xo có độ cứng 100 N/m. Lấy π² ≈ 10. Chu kì dao động là:</w:t>
      </w:r>
    </w:p>
    <w:p>
      <w:pPr>
        <w:pStyle w:val="ListParagraph"/>
      </w:pPr>
      <w:r>
        <w:rPr>
          <w:sz w:val="22"/>
        </w:rPr>
        <w:t>A. 0,2 s</w:t>
      </w:r>
    </w:p>
    <w:p>
      <w:pPr>
        <w:pStyle w:val="ListParagraph"/>
      </w:pPr>
      <w:r>
        <w:rPr>
          <w:sz w:val="22"/>
        </w:rPr>
        <w:t>B. 0,4 s</w:t>
      </w:r>
    </w:p>
    <w:p>
      <w:pPr>
        <w:pStyle w:val="ListParagraph"/>
      </w:pPr>
      <w:r>
        <w:rPr>
          <w:sz w:val="22"/>
        </w:rPr>
        <w:t>C. 2 s</w:t>
      </w:r>
    </w:p>
    <w:p>
      <w:pPr>
        <w:pStyle w:val="ListParagraph"/>
      </w:pPr>
      <w:r>
        <w:rPr>
          <w:sz w:val="22"/>
        </w:rPr>
        <w:t>D. 4 s</w:t>
      </w:r>
    </w:p>
    <w:p/>
    <w:p>
      <w:r>
        <w:rPr>
          <w:b/>
          <w:sz w:val="24"/>
        </w:rPr>
        <w:t>Câu 9: Một con lắc đơn có chu kì 2 s tại nơi có g = π² m/s². Chiều dài con lắc là:</w:t>
      </w:r>
    </w:p>
    <w:p>
      <w:pPr>
        <w:pStyle w:val="ListParagraph"/>
      </w:pPr>
      <w:r>
        <w:rPr>
          <w:sz w:val="22"/>
        </w:rPr>
        <w:t>A. 0,5 m</w:t>
      </w:r>
    </w:p>
    <w:p>
      <w:pPr>
        <w:pStyle w:val="ListParagraph"/>
      </w:pPr>
      <w:r>
        <w:rPr>
          <w:sz w:val="22"/>
        </w:rPr>
        <w:t>B. 1 m</w:t>
      </w:r>
    </w:p>
    <w:p>
      <w:pPr>
        <w:pStyle w:val="ListParagraph"/>
      </w:pPr>
      <w:r>
        <w:rPr>
          <w:sz w:val="22"/>
        </w:rPr>
        <w:t>C. 2 m</w:t>
      </w:r>
    </w:p>
    <w:p>
      <w:pPr>
        <w:pStyle w:val="ListParagraph"/>
      </w:pPr>
      <w:r>
        <w:rPr>
          <w:sz w:val="22"/>
        </w:rPr>
        <w:t>D. 4 m</w:t>
      </w:r>
    </w:p>
    <w:p/>
    <w:p>
      <w:r>
        <w:rPr>
          <w:b/>
          <w:sz w:val="24"/>
        </w:rPr>
        <w:t>Câu 10: Phát biểu nào sau đây là sai khi nói về dao động điều hòa?</w:t>
      </w:r>
    </w:p>
    <w:p>
      <w:pPr>
        <w:pStyle w:val="ListParagraph"/>
      </w:pPr>
      <w:r>
        <w:rPr>
          <w:sz w:val="22"/>
        </w:rPr>
        <w:t>A. Động năng đạt cực đại khi vật qua vị trí cân bằng.</w:t>
      </w:r>
    </w:p>
    <w:p>
      <w:pPr>
        <w:pStyle w:val="ListParagraph"/>
      </w:pPr>
      <w:r>
        <w:rPr>
          <w:sz w:val="22"/>
        </w:rPr>
        <w:t>B. Thế năng đạt cực đại khi vật ở vị trí biên.</w:t>
      </w:r>
    </w:p>
    <w:p>
      <w:pPr>
        <w:pStyle w:val="ListParagraph"/>
      </w:pPr>
      <w:r>
        <w:rPr>
          <w:sz w:val="22"/>
        </w:rPr>
        <w:t>C. Cơ năng tỉ lệ với bình phương biên độ.</w:t>
      </w:r>
    </w:p>
    <w:p>
      <w:pPr>
        <w:pStyle w:val="ListParagraph"/>
      </w:pPr>
      <w:r>
        <w:rPr>
          <w:sz w:val="22"/>
        </w:rPr>
        <w:t>D. Động năng biến thiên với tần số bằng tần số dao động.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