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Her ____ to education helped many poor children in the village.</w:t>
      </w:r>
    </w:p>
    <w:p>
      <w:pPr>
        <w:pStyle w:val="ListParagraph"/>
      </w:pPr>
      <w:r>
        <w:rPr>
          <w:sz w:val="22"/>
        </w:rPr>
        <w:t>A. dedicate</w:t>
      </w:r>
    </w:p>
    <w:p>
      <w:pPr>
        <w:pStyle w:val="ListParagraph"/>
      </w:pPr>
      <w:r>
        <w:rPr>
          <w:sz w:val="22"/>
        </w:rPr>
        <w:t>B. dedication</w:t>
      </w:r>
    </w:p>
    <w:p>
      <w:pPr>
        <w:pStyle w:val="ListParagraph"/>
      </w:pPr>
      <w:r>
        <w:rPr>
          <w:sz w:val="22"/>
        </w:rPr>
        <w:t>C. dedicated</w:t>
      </w:r>
    </w:p>
    <w:p>
      <w:pPr>
        <w:pStyle w:val="ListParagraph"/>
      </w:pPr>
      <w:r>
        <w:rPr>
          <w:sz w:val="22"/>
        </w:rPr>
        <w:t>D. dedicating</w:t>
      </w:r>
    </w:p>
    <w:p/>
    <w:p>
      <w:r>
        <w:rPr>
          <w:b/>
          <w:sz w:val="24"/>
        </w:rPr>
        <w:t>Câu 2: Despite many difficulties, he ____ to become a successful surgeon.</w:t>
      </w:r>
    </w:p>
    <w:p>
      <w:pPr>
        <w:pStyle w:val="ListParagraph"/>
      </w:pPr>
      <w:r>
        <w:rPr>
          <w:sz w:val="22"/>
        </w:rPr>
        <w:t>A. overcame</w:t>
      </w:r>
    </w:p>
    <w:p>
      <w:pPr>
        <w:pStyle w:val="ListParagraph"/>
      </w:pPr>
      <w:r>
        <w:rPr>
          <w:sz w:val="22"/>
        </w:rPr>
        <w:t>B. managed</w:t>
      </w:r>
    </w:p>
    <w:p>
      <w:pPr>
        <w:pStyle w:val="ListParagraph"/>
      </w:pPr>
      <w:r>
        <w:rPr>
          <w:sz w:val="22"/>
        </w:rPr>
        <w:t>C. succeeded</w:t>
      </w:r>
    </w:p>
    <w:p>
      <w:pPr>
        <w:pStyle w:val="ListParagraph"/>
      </w:pPr>
      <w:r>
        <w:rPr>
          <w:sz w:val="22"/>
        </w:rPr>
        <w:t>D. achieved</w:t>
      </w:r>
    </w:p>
    <w:p/>
    <w:p>
      <w:r>
        <w:rPr>
          <w:b/>
          <w:sz w:val="24"/>
        </w:rPr>
        <w:t>Câu 3: Marie Curie is famous ____ her contributions to science.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with</w:t>
      </w:r>
    </w:p>
    <w:p>
      <w:pPr>
        <w:pStyle w:val="ListParagraph"/>
      </w:pPr>
      <w:r>
        <w:rPr>
          <w:sz w:val="22"/>
        </w:rPr>
        <w:t>C. about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4: The young athlete's ____ was the key to her victory.</w:t>
      </w:r>
    </w:p>
    <w:p>
      <w:pPr>
        <w:pStyle w:val="ListParagraph"/>
      </w:pPr>
      <w:r>
        <w:rPr>
          <w:sz w:val="22"/>
        </w:rPr>
        <w:t>A. perseverance</w:t>
      </w:r>
    </w:p>
    <w:p>
      <w:pPr>
        <w:pStyle w:val="ListParagraph"/>
      </w:pPr>
      <w:r>
        <w:rPr>
          <w:sz w:val="22"/>
        </w:rPr>
        <w:t>B. persistent</w:t>
      </w:r>
    </w:p>
    <w:p>
      <w:pPr>
        <w:pStyle w:val="ListParagraph"/>
      </w:pPr>
      <w:r>
        <w:rPr>
          <w:sz w:val="22"/>
        </w:rPr>
        <w:t>C. persevere</w:t>
      </w:r>
    </w:p>
    <w:p>
      <w:pPr>
        <w:pStyle w:val="ListParagraph"/>
      </w:pPr>
      <w:r>
        <w:rPr>
          <w:sz w:val="22"/>
        </w:rPr>
        <w:t>D. persistently</w:t>
      </w:r>
    </w:p>
    <w:p/>
    <w:p>
      <w:r>
        <w:rPr>
          <w:b/>
          <w:sz w:val="24"/>
        </w:rPr>
        <w:t>Câu 5: He was ____ for his charitable work.</w:t>
      </w:r>
    </w:p>
    <w:p>
      <w:pPr>
        <w:pStyle w:val="ListParagraph"/>
      </w:pPr>
      <w:r>
        <w:rPr>
          <w:sz w:val="22"/>
        </w:rPr>
        <w:t>A. recognized</w:t>
      </w:r>
    </w:p>
    <w:p>
      <w:pPr>
        <w:pStyle w:val="ListParagraph"/>
      </w:pPr>
      <w:r>
        <w:rPr>
          <w:sz w:val="22"/>
        </w:rPr>
        <w:t>B. recognition</w:t>
      </w:r>
    </w:p>
    <w:p>
      <w:pPr>
        <w:pStyle w:val="ListParagraph"/>
      </w:pPr>
      <w:r>
        <w:rPr>
          <w:sz w:val="22"/>
        </w:rPr>
        <w:t>C. recognize</w:t>
      </w:r>
    </w:p>
    <w:p>
      <w:pPr>
        <w:pStyle w:val="ListParagraph"/>
      </w:pPr>
      <w:r>
        <w:rPr>
          <w:sz w:val="22"/>
        </w:rPr>
        <w:t>D. recognizable</w:t>
      </w:r>
    </w:p>
    <w:p/>
    <w:p>
      <w:r>
        <w:rPr>
          <w:b/>
          <w:sz w:val="24"/>
        </w:rPr>
        <w:t>Câu 6: When I was a child, I ____ to school by bicycle.</w:t>
      </w:r>
    </w:p>
    <w:p>
      <w:pPr>
        <w:pStyle w:val="ListParagraph"/>
      </w:pPr>
      <w:r>
        <w:rPr>
          <w:sz w:val="22"/>
        </w:rPr>
        <w:t>A. used to go</w:t>
      </w:r>
    </w:p>
    <w:p>
      <w:pPr>
        <w:pStyle w:val="ListParagraph"/>
      </w:pPr>
      <w:r>
        <w:rPr>
          <w:sz w:val="22"/>
        </w:rPr>
        <w:t>B. use to go</w:t>
      </w:r>
    </w:p>
    <w:p>
      <w:pPr>
        <w:pStyle w:val="ListParagraph"/>
      </w:pPr>
      <w:r>
        <w:rPr>
          <w:sz w:val="22"/>
        </w:rPr>
        <w:t>C. was used to go</w:t>
      </w:r>
    </w:p>
    <w:p>
      <w:pPr>
        <w:pStyle w:val="ListParagraph"/>
      </w:pPr>
      <w:r>
        <w:rPr>
          <w:sz w:val="22"/>
        </w:rPr>
        <w:t>D. used to going</w:t>
      </w:r>
    </w:p>
    <w:p/>
    <w:p>
      <w:r>
        <w:rPr>
          <w:b/>
          <w:sz w:val="24"/>
        </w:rPr>
        <w:t>Câu 7: She ____ in Hanoi for five years before she moved to Ho Chi Minh City.</w:t>
      </w:r>
    </w:p>
    <w:p>
      <w:pPr>
        <w:pStyle w:val="ListParagraph"/>
      </w:pPr>
      <w:r>
        <w:rPr>
          <w:sz w:val="22"/>
        </w:rPr>
        <w:t>A. lived</w:t>
      </w:r>
    </w:p>
    <w:p>
      <w:pPr>
        <w:pStyle w:val="ListParagraph"/>
      </w:pPr>
      <w:r>
        <w:rPr>
          <w:sz w:val="22"/>
        </w:rPr>
        <w:t>B. has lived</w:t>
      </w:r>
    </w:p>
    <w:p>
      <w:pPr>
        <w:pStyle w:val="ListParagraph"/>
      </w:pPr>
      <w:r>
        <w:rPr>
          <w:sz w:val="22"/>
        </w:rPr>
        <w:t>C. had lived</w:t>
      </w:r>
    </w:p>
    <w:p>
      <w:pPr>
        <w:pStyle w:val="ListParagraph"/>
      </w:pPr>
      <w:r>
        <w:rPr>
          <w:sz w:val="22"/>
        </w:rPr>
        <w:t>D. lives</w:t>
      </w:r>
    </w:p>
    <w:p/>
    <w:p>
      <w:r>
        <w:rPr>
          <w:b/>
          <w:sz w:val="24"/>
        </w:rPr>
        <w:t>Câu 8: By the time we arrived, the film ____.</w:t>
      </w:r>
    </w:p>
    <w:p>
      <w:pPr>
        <w:pStyle w:val="ListParagraph"/>
      </w:pPr>
      <w:r>
        <w:rPr>
          <w:sz w:val="22"/>
        </w:rPr>
        <w:t>A. started</w:t>
      </w:r>
    </w:p>
    <w:p>
      <w:pPr>
        <w:pStyle w:val="ListParagraph"/>
      </w:pPr>
      <w:r>
        <w:rPr>
          <w:sz w:val="22"/>
        </w:rPr>
        <w:t>B. had started</w:t>
      </w:r>
    </w:p>
    <w:p>
      <w:pPr>
        <w:pStyle w:val="ListParagraph"/>
      </w:pPr>
      <w:r>
        <w:rPr>
          <w:sz w:val="22"/>
        </w:rPr>
        <w:t>C. has started</w:t>
      </w:r>
    </w:p>
    <w:p>
      <w:pPr>
        <w:pStyle w:val="ListParagraph"/>
      </w:pPr>
      <w:r>
        <w:rPr>
          <w:sz w:val="22"/>
        </w:rPr>
        <w:t>D. was starting</w:t>
      </w:r>
    </w:p>
    <w:p/>
    <w:p>
      <w:r>
        <w:rPr>
          <w:b/>
          <w:sz w:val="24"/>
        </w:rPr>
        <w:t>Câu 9: While my mother was cooking, I ____ my homework.</w:t>
      </w:r>
    </w:p>
    <w:p>
      <w:pPr>
        <w:pStyle w:val="ListParagraph"/>
      </w:pPr>
      <w:r>
        <w:rPr>
          <w:sz w:val="22"/>
        </w:rPr>
        <w:t>A. did</w:t>
      </w:r>
    </w:p>
    <w:p>
      <w:pPr>
        <w:pStyle w:val="ListParagraph"/>
      </w:pPr>
      <w:r>
        <w:rPr>
          <w:sz w:val="22"/>
        </w:rPr>
        <w:t>B. was doing</w:t>
      </w:r>
    </w:p>
    <w:p>
      <w:pPr>
        <w:pStyle w:val="ListParagraph"/>
      </w:pPr>
      <w:r>
        <w:rPr>
          <w:sz w:val="22"/>
        </w:rPr>
        <w:t>C. had done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10: He ____ his homework before he went to bed.</w:t>
      </w:r>
    </w:p>
    <w:p>
      <w:pPr>
        <w:pStyle w:val="ListParagraph"/>
      </w:pPr>
      <w:r>
        <w:rPr>
          <w:sz w:val="22"/>
        </w:rPr>
        <w:t>A. finished</w:t>
      </w:r>
    </w:p>
    <w:p>
      <w:pPr>
        <w:pStyle w:val="ListParagraph"/>
      </w:pPr>
      <w:r>
        <w:rPr>
          <w:sz w:val="22"/>
        </w:rPr>
        <w:t>B. had finished</w:t>
      </w:r>
    </w:p>
    <w:p>
      <w:pPr>
        <w:pStyle w:val="ListParagraph"/>
      </w:pPr>
      <w:r>
        <w:rPr>
          <w:sz w:val="22"/>
        </w:rPr>
        <w:t>C. has finished</w:t>
      </w:r>
    </w:p>
    <w:p>
      <w:pPr>
        <w:pStyle w:val="ListParagraph"/>
      </w:pPr>
      <w:r>
        <w:rPr>
          <w:sz w:val="22"/>
        </w:rPr>
        <w:t>D. finishes</w:t>
      </w:r>
    </w:p>
    <w:p/>
    <w:p>
      <w:r>
        <w:rPr>
          <w:b/>
          <w:sz w:val="24"/>
        </w:rPr>
        <w:t>Câu 11: I ____ him since we were at university.</w:t>
      </w:r>
    </w:p>
    <w:p>
      <w:pPr>
        <w:pStyle w:val="ListParagraph"/>
      </w:pPr>
      <w:r>
        <w:rPr>
          <w:sz w:val="22"/>
        </w:rPr>
        <w:t>A. know</w:t>
      </w:r>
    </w:p>
    <w:p>
      <w:pPr>
        <w:pStyle w:val="ListParagraph"/>
      </w:pPr>
      <w:r>
        <w:rPr>
          <w:sz w:val="22"/>
        </w:rPr>
        <w:t>B. knew</w:t>
      </w:r>
    </w:p>
    <w:p>
      <w:pPr>
        <w:pStyle w:val="ListParagraph"/>
      </w:pPr>
      <w:r>
        <w:rPr>
          <w:sz w:val="22"/>
        </w:rPr>
        <w:t>C. have known</w:t>
      </w:r>
    </w:p>
    <w:p>
      <w:pPr>
        <w:pStyle w:val="ListParagraph"/>
      </w:pPr>
      <w:r>
        <w:rPr>
          <w:sz w:val="22"/>
        </w:rPr>
        <w:t>D. had known</w:t>
      </w:r>
    </w:p>
    <w:p/>
    <w:p>
      <w:r>
        <w:rPr>
          <w:b/>
          <w:sz w:val="24"/>
        </w:rPr>
        <w:t>Câu 12: The scientist ____ discovery changed the world is Marie Curie.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13: It is the first time I ____ such a beautiful beach.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saw</w:t>
      </w:r>
    </w:p>
    <w:p>
      <w:pPr>
        <w:pStyle w:val="ListParagraph"/>
      </w:pPr>
      <w:r>
        <w:rPr>
          <w:sz w:val="22"/>
        </w:rPr>
        <w:t>C. have seen</w:t>
      </w:r>
    </w:p>
    <w:p>
      <w:pPr>
        <w:pStyle w:val="ListParagraph"/>
      </w:pPr>
      <w:r>
        <w:rPr>
          <w:sz w:val="22"/>
        </w:rPr>
        <w:t>D. had seen</w:t>
      </w:r>
    </w:p>
    <w:p/>
    <w:p>
      <w:r>
        <w:rPr>
          <w:b/>
          <w:sz w:val="24"/>
        </w:rPr>
        <w:t>Câu 14: He is said ____ a very kind man.</w:t>
      </w:r>
    </w:p>
    <w:p>
      <w:pPr>
        <w:pStyle w:val="ListParagraph"/>
      </w:pPr>
      <w:r>
        <w:rPr>
          <w:sz w:val="22"/>
        </w:rPr>
        <w:t>A. to be</w:t>
      </w:r>
    </w:p>
    <w:p>
      <w:pPr>
        <w:pStyle w:val="ListParagraph"/>
      </w:pPr>
      <w:r>
        <w:rPr>
          <w:sz w:val="22"/>
        </w:rPr>
        <w:t>B. being</w:t>
      </w:r>
    </w:p>
    <w:p>
      <w:pPr>
        <w:pStyle w:val="ListParagraph"/>
      </w:pPr>
      <w:r>
        <w:rPr>
          <w:sz w:val="22"/>
        </w:rPr>
        <w:t>C. to have been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15: The book ____ by Nguyen Du is a masterpiece.</w:t>
      </w:r>
    </w:p>
    <w:p>
      <w:pPr>
        <w:pStyle w:val="ListParagraph"/>
      </w:pPr>
      <w:r>
        <w:rPr>
          <w:sz w:val="22"/>
        </w:rPr>
        <w:t>A. writing</w:t>
      </w:r>
    </w:p>
    <w:p>
      <w:pPr>
        <w:pStyle w:val="ListParagraph"/>
      </w:pPr>
      <w:r>
        <w:rPr>
          <w:sz w:val="22"/>
        </w:rPr>
        <w:t>B. written</w:t>
      </w:r>
    </w:p>
    <w:p>
      <w:pPr>
        <w:pStyle w:val="ListParagraph"/>
      </w:pPr>
      <w:r>
        <w:rPr>
          <w:sz w:val="22"/>
        </w:rPr>
        <w:t>C. wrote</w:t>
      </w:r>
    </w:p>
    <w:p>
      <w:pPr>
        <w:pStyle w:val="ListParagraph"/>
      </w:pPr>
      <w:r>
        <w:rPr>
          <w:sz w:val="22"/>
        </w:rPr>
        <w:t>D. write</w:t>
      </w:r>
    </w:p>
    <w:p/>
    <w:p>
      <w:r>
        <w:rPr>
          <w:b/>
          <w:sz w:val="24"/>
        </w:rPr>
        <w:t>Câu 16: She devoted her life ____ helping the poor.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for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in</w:t>
      </w:r>
    </w:p>
    <w:p/>
    <w:p>
      <w:r>
        <w:rPr>
          <w:b/>
          <w:sz w:val="24"/>
        </w:rPr>
        <w:t>Câu 17: His ____ story inspired many young people.</w:t>
      </w:r>
    </w:p>
    <w:p>
      <w:pPr>
        <w:pStyle w:val="ListParagraph"/>
      </w:pPr>
      <w:r>
        <w:rPr>
          <w:sz w:val="22"/>
        </w:rPr>
        <w:t>A. succeed</w:t>
      </w:r>
    </w:p>
    <w:p>
      <w:pPr>
        <w:pStyle w:val="ListParagraph"/>
      </w:pPr>
      <w:r>
        <w:rPr>
          <w:sz w:val="22"/>
        </w:rPr>
        <w:t>B. success</w:t>
      </w:r>
    </w:p>
    <w:p>
      <w:pPr>
        <w:pStyle w:val="ListParagraph"/>
      </w:pPr>
      <w:r>
        <w:rPr>
          <w:sz w:val="22"/>
        </w:rPr>
        <w:t>C. successful</w:t>
      </w:r>
    </w:p>
    <w:p>
      <w:pPr>
        <w:pStyle w:val="ListParagraph"/>
      </w:pPr>
      <w:r>
        <w:rPr>
          <w:sz w:val="22"/>
        </w:rPr>
        <w:t>D. successfully</w:t>
      </w:r>
    </w:p>
    <w:p/>
    <w:p>
      <w:r>
        <w:rPr>
          <w:b/>
          <w:sz w:val="24"/>
        </w:rPr>
        <w:t>Câu 18: The charity provides food and shelter ____ homeless people.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19: Choose the word whose stress pattern is different from the others.</w:t>
      </w:r>
    </w:p>
    <w:p>
      <w:pPr>
        <w:pStyle w:val="ListParagraph"/>
      </w:pPr>
      <w:r>
        <w:rPr>
          <w:sz w:val="22"/>
        </w:rPr>
        <w:t>A. achievement</w:t>
      </w:r>
    </w:p>
    <w:p>
      <w:pPr>
        <w:pStyle w:val="ListParagraph"/>
      </w:pPr>
      <w:r>
        <w:rPr>
          <w:sz w:val="22"/>
        </w:rPr>
        <w:t>B. dedication</w:t>
      </w:r>
    </w:p>
    <w:p>
      <w:pPr>
        <w:pStyle w:val="ListParagraph"/>
      </w:pPr>
      <w:r>
        <w:rPr>
          <w:sz w:val="22"/>
        </w:rPr>
        <w:t>C. influential</w:t>
      </w:r>
    </w:p>
    <w:p>
      <w:pPr>
        <w:pStyle w:val="ListParagraph"/>
      </w:pPr>
      <w:r>
        <w:rPr>
          <w:sz w:val="22"/>
        </w:rPr>
        <w:t>D. perseverance</w:t>
      </w:r>
    </w:p>
    <w:p/>
    <w:p>
      <w:r>
        <w:rPr>
          <w:b/>
          <w:sz w:val="24"/>
        </w:rPr>
        <w:t>Câu 20: He was born ____ a poor family in a small village.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into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