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20 câu trắc nghiệm về thì hiện tại đơn an...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She ___ to school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2: They ___ football on Sundays.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I ___ my teeth every morning.</w:t>
      </w:r>
    </w:p>
    <w:p>
      <w:pPr>
        <w:pStyle w:val="ListParagraph"/>
      </w:pPr>
      <w:r>
        <w:rPr>
          <w:sz w:val="22"/>
        </w:rPr>
        <w:t>A. brush</w:t>
      </w:r>
    </w:p>
    <w:p>
      <w:pPr>
        <w:pStyle w:val="ListParagraph"/>
      </w:pPr>
      <w:r>
        <w:rPr>
          <w:sz w:val="22"/>
        </w:rPr>
        <w:t>B. brushes</w:t>
      </w:r>
    </w:p>
    <w:p>
      <w:pPr>
        <w:pStyle w:val="ListParagraph"/>
      </w:pPr>
      <w:r>
        <w:rPr>
          <w:sz w:val="22"/>
        </w:rPr>
        <w:t>C. brushing</w:t>
      </w:r>
    </w:p>
    <w:p>
      <w:pPr>
        <w:pStyle w:val="ListParagraph"/>
      </w:pPr>
      <w:r>
        <w:rPr>
          <w:sz w:val="22"/>
        </w:rPr>
        <w:t>D. brushed</w:t>
      </w:r>
    </w:p>
    <w:p/>
    <w:p>
      <w:r>
        <w:rPr>
          <w:b/>
          <w:sz w:val="24"/>
        </w:rPr>
        <w:t>Câu 4: He ___ television in the evening.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watching</w:t>
      </w:r>
    </w:p>
    <w:p>
      <w:pPr>
        <w:pStyle w:val="ListParagraph"/>
      </w:pPr>
      <w:r>
        <w:rPr>
          <w:sz w:val="22"/>
        </w:rPr>
        <w:t>D. watched</w:t>
      </w:r>
    </w:p>
    <w:p/>
    <w:p>
      <w:r>
        <w:rPr>
          <w:b/>
          <w:sz w:val="24"/>
        </w:rPr>
        <w:t>Câu 5: We ___ English on Mondays.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has</w:t>
      </w:r>
    </w:p>
    <w:p>
      <w:pPr>
        <w:pStyle w:val="ListParagraph"/>
      </w:pPr>
      <w:r>
        <w:rPr>
          <w:sz w:val="22"/>
        </w:rPr>
        <w:t>C. having</w:t>
      </w:r>
    </w:p>
    <w:p>
      <w:pPr>
        <w:pStyle w:val="ListParagraph"/>
      </w:pPr>
      <w:r>
        <w:rPr>
          <w:sz w:val="22"/>
        </w:rPr>
        <w:t>D. had</w:t>
      </w:r>
    </w:p>
    <w:p/>
    <w:p>
      <w:r>
        <w:rPr>
          <w:b/>
          <w:sz w:val="24"/>
        </w:rPr>
        <w:t>Câu 6: My mother ___ dinner at 6 p.m.</w:t>
      </w:r>
    </w:p>
    <w:p>
      <w:pPr>
        <w:pStyle w:val="ListParagraph"/>
      </w:pPr>
      <w:r>
        <w:rPr>
          <w:sz w:val="22"/>
        </w:rPr>
        <w:t>A. cook</w:t>
      </w:r>
    </w:p>
    <w:p>
      <w:pPr>
        <w:pStyle w:val="ListParagraph"/>
      </w:pPr>
      <w:r>
        <w:rPr>
          <w:sz w:val="22"/>
        </w:rPr>
        <w:t>B. cooks</w:t>
      </w:r>
    </w:p>
    <w:p>
      <w:pPr>
        <w:pStyle w:val="ListParagraph"/>
      </w:pPr>
      <w:r>
        <w:rPr>
          <w:sz w:val="22"/>
        </w:rPr>
        <w:t>C. cooking</w:t>
      </w:r>
    </w:p>
    <w:p>
      <w:pPr>
        <w:pStyle w:val="ListParagraph"/>
      </w:pPr>
      <w:r>
        <w:rPr>
          <w:sz w:val="22"/>
        </w:rPr>
        <w:t>D. cooked</w:t>
      </w:r>
    </w:p>
    <w:p/>
    <w:p>
      <w:r>
        <w:rPr>
          <w:b/>
          <w:sz w:val="24"/>
        </w:rPr>
        <w:t>Câu 7: The cat ___ milk every day.</w:t>
      </w:r>
    </w:p>
    <w:p>
      <w:pPr>
        <w:pStyle w:val="ListParagraph"/>
      </w:pPr>
      <w:r>
        <w:rPr>
          <w:sz w:val="22"/>
        </w:rPr>
        <w:t>A. drink</w:t>
      </w:r>
    </w:p>
    <w:p>
      <w:pPr>
        <w:pStyle w:val="ListParagraph"/>
      </w:pPr>
      <w:r>
        <w:rPr>
          <w:sz w:val="22"/>
        </w:rPr>
        <w:t>B. drinks</w:t>
      </w:r>
    </w:p>
    <w:p>
      <w:pPr>
        <w:pStyle w:val="ListParagraph"/>
      </w:pPr>
      <w:r>
        <w:rPr>
          <w:sz w:val="22"/>
        </w:rPr>
        <w:t>C. drinking</w:t>
      </w:r>
    </w:p>
    <w:p>
      <w:pPr>
        <w:pStyle w:val="ListParagraph"/>
      </w:pPr>
      <w:r>
        <w:rPr>
          <w:sz w:val="22"/>
        </w:rPr>
        <w:t>D. drank</w:t>
      </w:r>
    </w:p>
    <w:p/>
    <w:p>
      <w:r>
        <w:rPr>
          <w:b/>
          <w:sz w:val="24"/>
        </w:rPr>
        <w:t>Câu 8: You ___ your homework after school.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did</w:t>
      </w:r>
    </w:p>
    <w:p/>
    <w:p>
      <w:r>
        <w:rPr>
          <w:b/>
          <w:sz w:val="24"/>
        </w:rPr>
        <w:t>Câu 9: They ___ to the park in the afternoon.</w:t>
      </w:r>
    </w:p>
    <w:p>
      <w:pPr>
        <w:pStyle w:val="ListParagraph"/>
      </w:pPr>
      <w:r>
        <w:rPr>
          <w:sz w:val="22"/>
        </w:rPr>
        <w:t>A. walk</w:t>
      </w:r>
    </w:p>
    <w:p>
      <w:pPr>
        <w:pStyle w:val="ListParagraph"/>
      </w:pPr>
      <w:r>
        <w:rPr>
          <w:sz w:val="22"/>
        </w:rPr>
        <w:t>B. walks</w:t>
      </w:r>
    </w:p>
    <w:p>
      <w:pPr>
        <w:pStyle w:val="ListParagraph"/>
      </w:pPr>
      <w:r>
        <w:rPr>
          <w:sz w:val="22"/>
        </w:rPr>
        <w:t>C. walking</w:t>
      </w:r>
    </w:p>
    <w:p>
      <w:pPr>
        <w:pStyle w:val="ListParagraph"/>
      </w:pPr>
      <w:r>
        <w:rPr>
          <w:sz w:val="22"/>
        </w:rPr>
        <w:t>D. walked</w:t>
      </w:r>
    </w:p>
    <w:p/>
    <w:p>
      <w:r>
        <w:rPr>
          <w:b/>
          <w:sz w:val="24"/>
        </w:rPr>
        <w:t>Câu 10: It ___ a lot in winter.</w:t>
      </w:r>
    </w:p>
    <w:p>
      <w:pPr>
        <w:pStyle w:val="ListParagraph"/>
      </w:pPr>
      <w:r>
        <w:rPr>
          <w:sz w:val="22"/>
        </w:rPr>
        <w:t>A. rain</w:t>
      </w:r>
    </w:p>
    <w:p>
      <w:pPr>
        <w:pStyle w:val="ListParagraph"/>
      </w:pPr>
      <w:r>
        <w:rPr>
          <w:sz w:val="22"/>
        </w:rPr>
        <w:t>B. rains</w:t>
      </w:r>
    </w:p>
    <w:p>
      <w:pPr>
        <w:pStyle w:val="ListParagraph"/>
      </w:pPr>
      <w:r>
        <w:rPr>
          <w:sz w:val="22"/>
        </w:rPr>
        <w:t>C. raining</w:t>
      </w:r>
    </w:p>
    <w:p>
      <w:pPr>
        <w:pStyle w:val="ListParagraph"/>
      </w:pPr>
      <w:r>
        <w:rPr>
          <w:sz w:val="22"/>
        </w:rPr>
        <w:t>D. rained</w:t>
      </w:r>
    </w:p>
    <w:p/>
    <w:p>
      <w:r>
        <w:rPr>
          <w:b/>
          <w:sz w:val="24"/>
        </w:rPr>
        <w:t>Câu 11: My father ___ a newspaper in the morning.</w:t>
      </w:r>
    </w:p>
    <w:p>
      <w:pPr>
        <w:pStyle w:val="ListParagraph"/>
      </w:pPr>
      <w:r>
        <w:rPr>
          <w:sz w:val="22"/>
        </w:rPr>
        <w:t>A. read</w:t>
      </w:r>
    </w:p>
    <w:p>
      <w:pPr>
        <w:pStyle w:val="ListParagraph"/>
      </w:pPr>
      <w:r>
        <w:rPr>
          <w:sz w:val="22"/>
        </w:rPr>
        <w:t>B. reads</w:t>
      </w:r>
    </w:p>
    <w:p>
      <w:pPr>
        <w:pStyle w:val="ListParagraph"/>
      </w:pPr>
      <w:r>
        <w:rPr>
          <w:sz w:val="22"/>
        </w:rPr>
        <w:t>C. reading</w:t>
      </w:r>
    </w:p>
    <w:p>
      <w:pPr>
        <w:pStyle w:val="ListParagraph"/>
      </w:pPr>
      <w:r>
        <w:rPr>
          <w:sz w:val="22"/>
        </w:rPr>
        <w:t>D. read</w:t>
      </w:r>
    </w:p>
    <w:p/>
    <w:p>
      <w:r>
        <w:rPr>
          <w:b/>
          <w:sz w:val="24"/>
        </w:rPr>
        <w:t>Câu 12: We ___ our grandparents every weekend.</w:t>
      </w:r>
    </w:p>
    <w:p>
      <w:pPr>
        <w:pStyle w:val="ListParagraph"/>
      </w:pPr>
      <w:r>
        <w:rPr>
          <w:sz w:val="22"/>
        </w:rPr>
        <w:t>A. visit</w:t>
      </w:r>
    </w:p>
    <w:p>
      <w:pPr>
        <w:pStyle w:val="ListParagraph"/>
      </w:pPr>
      <w:r>
        <w:rPr>
          <w:sz w:val="22"/>
        </w:rPr>
        <w:t>B. visits</w:t>
      </w:r>
    </w:p>
    <w:p>
      <w:pPr>
        <w:pStyle w:val="ListParagraph"/>
      </w:pPr>
      <w:r>
        <w:rPr>
          <w:sz w:val="22"/>
        </w:rPr>
        <w:t>C. visiting</w:t>
      </w:r>
    </w:p>
    <w:p>
      <w:pPr>
        <w:pStyle w:val="ListParagraph"/>
      </w:pPr>
      <w:r>
        <w:rPr>
          <w:sz w:val="22"/>
        </w:rPr>
        <w:t>D. visited</w:t>
      </w:r>
    </w:p>
    <w:p/>
    <w:p>
      <w:r>
        <w:rPr>
          <w:b/>
          <w:sz w:val="24"/>
        </w:rPr>
        <w:t>Câu 13: She ___ coffee.</w:t>
      </w:r>
    </w:p>
    <w:p>
      <w:pPr>
        <w:pStyle w:val="ListParagraph"/>
      </w:pPr>
      <w:r>
        <w:rPr>
          <w:sz w:val="22"/>
        </w:rPr>
        <w:t>A. like</w:t>
      </w:r>
    </w:p>
    <w:p>
      <w:pPr>
        <w:pStyle w:val="ListParagraph"/>
      </w:pPr>
      <w:r>
        <w:rPr>
          <w:sz w:val="22"/>
        </w:rPr>
        <w:t>B. likes</w:t>
      </w:r>
    </w:p>
    <w:p>
      <w:pPr>
        <w:pStyle w:val="ListParagraph"/>
      </w:pPr>
      <w:r>
        <w:rPr>
          <w:sz w:val="22"/>
        </w:rPr>
        <w:t>C. liking</w:t>
      </w:r>
    </w:p>
    <w:p>
      <w:pPr>
        <w:pStyle w:val="ListParagraph"/>
      </w:pPr>
      <w:r>
        <w:rPr>
          <w:sz w:val="22"/>
        </w:rPr>
        <w:t>D. liked</w:t>
      </w:r>
    </w:p>
    <w:p/>
    <w:p>
      <w:r>
        <w:rPr>
          <w:b/>
          <w:sz w:val="24"/>
        </w:rPr>
        <w:t>Câu 14: The children ___ video games.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15: He ___ his bike to work.</w:t>
      </w:r>
    </w:p>
    <w:p>
      <w:pPr>
        <w:pStyle w:val="ListParagraph"/>
      </w:pPr>
      <w:r>
        <w:rPr>
          <w:sz w:val="22"/>
        </w:rPr>
        <w:t>A. ride</w:t>
      </w:r>
    </w:p>
    <w:p>
      <w:pPr>
        <w:pStyle w:val="ListParagraph"/>
      </w:pPr>
      <w:r>
        <w:rPr>
          <w:sz w:val="22"/>
        </w:rPr>
        <w:t>B. rides</w:t>
      </w:r>
    </w:p>
    <w:p>
      <w:pPr>
        <w:pStyle w:val="ListParagraph"/>
      </w:pPr>
      <w:r>
        <w:rPr>
          <w:sz w:val="22"/>
        </w:rPr>
        <w:t>C. riding</w:t>
      </w:r>
    </w:p>
    <w:p>
      <w:pPr>
        <w:pStyle w:val="ListParagraph"/>
      </w:pPr>
      <w:r>
        <w:rPr>
          <w:sz w:val="22"/>
        </w:rPr>
        <w:t>D. rode</w:t>
      </w:r>
    </w:p>
    <w:p/>
    <w:p>
      <w:r>
        <w:rPr>
          <w:b/>
          <w:sz w:val="24"/>
        </w:rPr>
        <w:t>Câu 16: The sun 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17: They ___ lunch at noon.</w:t>
      </w:r>
    </w:p>
    <w:p>
      <w:pPr>
        <w:pStyle w:val="ListParagraph"/>
      </w:pPr>
      <w:r>
        <w:rPr>
          <w:sz w:val="22"/>
        </w:rPr>
        <w:t>A. eat</w:t>
      </w:r>
    </w:p>
    <w:p>
      <w:pPr>
        <w:pStyle w:val="ListParagraph"/>
      </w:pPr>
      <w:r>
        <w:rPr>
          <w:sz w:val="22"/>
        </w:rPr>
        <w:t>B. eats</w:t>
      </w:r>
    </w:p>
    <w:p>
      <w:pPr>
        <w:pStyle w:val="ListParagraph"/>
      </w:pPr>
      <w:r>
        <w:rPr>
          <w:sz w:val="22"/>
        </w:rPr>
        <w:t>C. eating</w:t>
      </w:r>
    </w:p>
    <w:p>
      <w:pPr>
        <w:pStyle w:val="ListParagraph"/>
      </w:pPr>
      <w:r>
        <w:rPr>
          <w:sz w:val="22"/>
        </w:rPr>
        <w:t>D. ate</w:t>
      </w:r>
    </w:p>
    <w:p/>
    <w:p>
      <w:r>
        <w:rPr>
          <w:b/>
          <w:sz w:val="24"/>
        </w:rPr>
        <w:t>Câu 18: I ___ in a flat.</w:t>
      </w:r>
    </w:p>
    <w:p>
      <w:pPr>
        <w:pStyle w:val="ListParagraph"/>
      </w:pPr>
      <w:r>
        <w:rPr>
          <w:sz w:val="22"/>
        </w:rPr>
        <w:t>A. live</w:t>
      </w:r>
    </w:p>
    <w:p>
      <w:pPr>
        <w:pStyle w:val="ListParagraph"/>
      </w:pPr>
      <w:r>
        <w:rPr>
          <w:sz w:val="22"/>
        </w:rPr>
        <w:t>B. lives</w:t>
      </w:r>
    </w:p>
    <w:p>
      <w:pPr>
        <w:pStyle w:val="ListParagraph"/>
      </w:pPr>
      <w:r>
        <w:rPr>
          <w:sz w:val="22"/>
        </w:rPr>
        <w:t>C. living</w:t>
      </w:r>
    </w:p>
    <w:p>
      <w:pPr>
        <w:pStyle w:val="ListParagraph"/>
      </w:pPr>
      <w:r>
        <w:rPr>
          <w:sz w:val="22"/>
        </w:rPr>
        <w:t>D. lived</w:t>
      </w:r>
    </w:p>
    <w:p/>
    <w:p>
      <w:r>
        <w:rPr>
          <w:b/>
          <w:sz w:val="24"/>
        </w:rPr>
        <w:t>Câu 19: My friend ___ English very well.</w:t>
      </w:r>
    </w:p>
    <w:p>
      <w:pPr>
        <w:pStyle w:val="ListParagraph"/>
      </w:pPr>
      <w:r>
        <w:rPr>
          <w:sz w:val="22"/>
        </w:rPr>
        <w:t>A. speak</w:t>
      </w:r>
    </w:p>
    <w:p>
      <w:pPr>
        <w:pStyle w:val="ListParagraph"/>
      </w:pPr>
      <w:r>
        <w:rPr>
          <w:sz w:val="22"/>
        </w:rPr>
        <w:t>B. speaks</w:t>
      </w:r>
    </w:p>
    <w:p>
      <w:pPr>
        <w:pStyle w:val="ListParagraph"/>
      </w:pPr>
      <w:r>
        <w:rPr>
          <w:sz w:val="22"/>
        </w:rPr>
        <w:t>C. speaking</w:t>
      </w:r>
    </w:p>
    <w:p>
      <w:pPr>
        <w:pStyle w:val="ListParagraph"/>
      </w:pPr>
      <w:r>
        <w:rPr>
          <w:sz w:val="22"/>
        </w:rPr>
        <w:t>D. spoke</w:t>
      </w:r>
    </w:p>
    <w:p/>
    <w:p>
      <w:r>
        <w:rPr>
          <w:b/>
          <w:sz w:val="24"/>
        </w:rPr>
        <w:t>Câu 20: We ___ to the cinema on Fridays.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