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Bộ câu hỏi</w:t>
      </w:r>
    </w:p>
    <w:p>
      <w:pPr>
        <w:jc w:val="center"/>
      </w:pPr>
      <w:r>
        <w:rPr>
          <w:sz w:val="22"/>
        </w:rPr>
        <w:t>Số câu: 8    Thời gian: _____ phút    Họ và tên: _________________________</w:t>
      </w:r>
    </w:p>
    <w:p/>
    <w:p>
      <w:r>
        <w:rPr>
          <w:b/>
          <w:sz w:val="24"/>
        </w:rPr>
        <w:t>Câu 1: Môn học "Tổ chức sản xuất" có vai trò gì trong đào tạo nghề?</w:t>
      </w:r>
    </w:p>
    <w:p>
      <w:pPr>
        <w:pStyle w:val="ListParagraph"/>
      </w:pPr>
      <w:r>
        <w:rPr>
          <w:sz w:val="22"/>
        </w:rPr>
        <w:t>A. Cung cấp kiến thức về quản lý và vận hành tổ chức sản xuất.</w:t>
      </w:r>
    </w:p>
    <w:p>
      <w:pPr>
        <w:pStyle w:val="ListParagraph"/>
      </w:pPr>
      <w:r>
        <w:rPr>
          <w:sz w:val="22"/>
        </w:rPr>
        <w:t>B. Chỉ tập trung vào các nguyên tắc an toàn lao động.</w:t>
      </w:r>
    </w:p>
    <w:p>
      <w:pPr>
        <w:pStyle w:val="ListParagraph"/>
      </w:pPr>
      <w:r>
        <w:rPr>
          <w:sz w:val="22"/>
        </w:rPr>
        <w:t>C. Đào tạo chuyên sâu về sửa chữa thiết bị điện.</w:t>
      </w:r>
    </w:p>
    <w:p>
      <w:pPr>
        <w:pStyle w:val="ListParagraph"/>
      </w:pPr>
      <w:r>
        <w:rPr>
          <w:sz w:val="22"/>
        </w:rPr>
        <w:t>D. Hướng dẫn cách lắp đặt hệ thống điện gia đình</w:t>
      </w:r>
    </w:p>
    <w:p/>
    <w:p>
      <w:r>
        <w:rPr>
          <w:b/>
          <w:sz w:val="24"/>
        </w:rPr>
        <w:t>Câu 2: Quá trình sản xuất là gì?</w:t>
      </w:r>
    </w:p>
    <w:p>
      <w:pPr>
        <w:pStyle w:val="ListParagraph"/>
      </w:pPr>
      <w:r>
        <w:rPr>
          <w:sz w:val="22"/>
        </w:rPr>
        <w:t>A. Quá trình vận hành máy móc để tạo ra sản phẩm.</w:t>
      </w:r>
    </w:p>
    <w:p>
      <w:pPr>
        <w:pStyle w:val="ListParagraph"/>
      </w:pPr>
      <w:r>
        <w:rPr>
          <w:sz w:val="22"/>
        </w:rPr>
        <w:t>B. Công đoạn kiểm tra chất lượng sản phẩm.</w:t>
      </w:r>
    </w:p>
    <w:p>
      <w:pPr>
        <w:pStyle w:val="ListParagraph"/>
      </w:pPr>
      <w:r>
        <w:rPr>
          <w:sz w:val="22"/>
        </w:rPr>
        <w:t>C. Quá trình phân phối sản phẩm ra thị trường.</w:t>
      </w:r>
    </w:p>
    <w:p>
      <w:pPr>
        <w:pStyle w:val="ListParagraph"/>
      </w:pPr>
      <w:r>
        <w:rPr>
          <w:sz w:val="22"/>
        </w:rPr>
        <w:t>D. Quá trình kết hợp các yếu tố sản xuất để tạo ra sản phẩm hoặc dịch vụ.</w:t>
      </w:r>
    </w:p>
    <w:p/>
    <w:p>
      <w:r>
        <w:rPr>
          <w:b/>
          <w:sz w:val="24"/>
        </w:rPr>
        <w:t>Câu 3: Một trong những nội dung quan trọng của tổ chức sản xuất là gì?</w:t>
      </w:r>
    </w:p>
    <w:p>
      <w:pPr>
        <w:pStyle w:val="ListParagraph"/>
      </w:pPr>
      <w:r>
        <w:rPr>
          <w:sz w:val="22"/>
        </w:rPr>
        <w:t>A. Phân tích nhu cầu tiêu dùng của khách hàng.</w:t>
      </w:r>
    </w:p>
    <w:p>
      <w:pPr>
        <w:pStyle w:val="ListParagraph"/>
      </w:pPr>
      <w:r>
        <w:rPr>
          <w:sz w:val="22"/>
        </w:rPr>
        <w:t>B. Nghiên cứu xu hướng thị trường quốc tế.</w:t>
      </w:r>
    </w:p>
    <w:p>
      <w:pPr>
        <w:pStyle w:val="ListParagraph"/>
      </w:pPr>
      <w:r>
        <w:rPr>
          <w:sz w:val="22"/>
        </w:rPr>
        <w:t>C. Xác định loại hình sản xuất phù hợp.</w:t>
      </w:r>
    </w:p>
    <w:p>
      <w:pPr>
        <w:pStyle w:val="ListParagraph"/>
      </w:pPr>
      <w:r>
        <w:rPr>
          <w:sz w:val="22"/>
        </w:rPr>
        <w:t>D. Tập trung tối đa vào quảng cáo sản phẩm.</w:t>
      </w:r>
    </w:p>
    <w:p/>
    <w:p>
      <w:r>
        <w:rPr>
          <w:b/>
          <w:sz w:val="24"/>
        </w:rPr>
        <w:t>Câu 4: Bộ phận sản xuất phụ trợ có vai trò gì?</w:t>
      </w:r>
    </w:p>
    <w:p>
      <w:pPr>
        <w:pStyle w:val="ListParagraph"/>
      </w:pPr>
      <w:r>
        <w:rPr>
          <w:sz w:val="22"/>
        </w:rPr>
        <w:t>A. Phục vụ trực tiếp cho bộ phận sản xuất chính.</w:t>
      </w:r>
    </w:p>
    <w:p>
      <w:pPr>
        <w:pStyle w:val="ListParagraph"/>
      </w:pPr>
      <w:r>
        <w:rPr>
          <w:sz w:val="22"/>
        </w:rPr>
        <w:t>B. Đóng vai trò như bộ phận tiêu thụ sản phẩm.</w:t>
      </w:r>
    </w:p>
    <w:p>
      <w:pPr>
        <w:pStyle w:val="ListParagraph"/>
      </w:pPr>
      <w:r>
        <w:rPr>
          <w:sz w:val="22"/>
        </w:rPr>
        <w:t>C. Chỉ thực hiện công việc hành chính.</w:t>
      </w:r>
    </w:p>
    <w:p>
      <w:pPr>
        <w:pStyle w:val="ListParagraph"/>
      </w:pPr>
      <w:r>
        <w:rPr>
          <w:sz w:val="22"/>
        </w:rPr>
        <w:t>D. Không liên quan đến quá trình sản xuất.</w:t>
      </w:r>
    </w:p>
    <w:p/>
    <w:p>
      <w:r>
        <w:rPr>
          <w:b/>
          <w:sz w:val="24"/>
        </w:rPr>
        <w:t>Câu 5: Nhân tố nào ảnh hưởng đến cơ cấu sản xuất?</w:t>
      </w:r>
    </w:p>
    <w:p>
      <w:pPr>
        <w:pStyle w:val="ListParagraph"/>
      </w:pPr>
      <w:r>
        <w:rPr>
          <w:sz w:val="22"/>
        </w:rPr>
        <w:t>A. Chủng loại và khối lượng sản phẩm.</w:t>
      </w:r>
    </w:p>
    <w:p>
      <w:pPr>
        <w:pStyle w:val="ListParagraph"/>
      </w:pPr>
      <w:r>
        <w:rPr>
          <w:sz w:val="22"/>
        </w:rPr>
        <w:t>B. Quy mô công ty tài chính.</w:t>
      </w:r>
    </w:p>
    <w:p>
      <w:pPr>
        <w:pStyle w:val="ListParagraph"/>
      </w:pPr>
      <w:r>
        <w:rPr>
          <w:sz w:val="22"/>
        </w:rPr>
        <w:t>C. Vị trí địa lý của doanh nghiệp.</w:t>
      </w:r>
    </w:p>
    <w:p>
      <w:pPr>
        <w:pStyle w:val="ListParagraph"/>
      </w:pPr>
      <w:r>
        <w:rPr>
          <w:sz w:val="22"/>
        </w:rPr>
        <w:t>D. Kế hoạch marketing.</w:t>
      </w:r>
    </w:p>
    <w:p/>
    <w:p>
      <w:r>
        <w:rPr>
          <w:b/>
          <w:sz w:val="24"/>
        </w:rPr>
        <w:t>Câu 6: Yếu tố nào quan trọng nhất khi lựa chọn vị trí doanh nghiệp?</w:t>
      </w:r>
    </w:p>
    <w:p>
      <w:pPr>
        <w:pStyle w:val="ListParagraph"/>
      </w:pPr>
      <w:r>
        <w:rPr>
          <w:sz w:val="22"/>
        </w:rPr>
        <w:t>A. Màu sắc thương hiệu.</w:t>
      </w:r>
    </w:p>
    <w:p>
      <w:pPr>
        <w:pStyle w:val="ListParagraph"/>
      </w:pPr>
      <w:r>
        <w:rPr>
          <w:sz w:val="22"/>
        </w:rPr>
        <w:t>B. Chi phí vận chuyển và lao động.</w:t>
      </w:r>
    </w:p>
    <w:p>
      <w:pPr>
        <w:pStyle w:val="ListParagraph"/>
      </w:pPr>
      <w:r>
        <w:rPr>
          <w:sz w:val="22"/>
        </w:rPr>
        <w:t>C. Sở thích cá nhân của chủ doanh nghiệp.</w:t>
      </w:r>
    </w:p>
    <w:p>
      <w:pPr>
        <w:pStyle w:val="ListParagraph"/>
      </w:pPr>
      <w:r>
        <w:rPr>
          <w:sz w:val="22"/>
        </w:rPr>
        <w:t>D. Quy mô nhân sự văn phòng.</w:t>
      </w:r>
    </w:p>
    <w:p/>
    <w:p>
      <w:r>
        <w:rPr>
          <w:b/>
          <w:sz w:val="24"/>
        </w:rPr>
        <w:t>Câu 7: Sai lầm trong lựa chọn vị trí doanh nghiệp có thể dẫn đến?</w:t>
      </w:r>
    </w:p>
    <w:p>
      <w:pPr>
        <w:pStyle w:val="ListParagraph"/>
      </w:pPr>
      <w:r>
        <w:rPr>
          <w:sz w:val="22"/>
        </w:rPr>
        <w:t>A. Hậu quả lâu dài và chi phí khắc phục cao.</w:t>
      </w:r>
    </w:p>
    <w:p>
      <w:pPr>
        <w:pStyle w:val="ListParagraph"/>
      </w:pPr>
      <w:r>
        <w:rPr>
          <w:sz w:val="22"/>
        </w:rPr>
        <w:t>B. Dễ dàng thay đổi mà không mất chi phí.</w:t>
      </w:r>
    </w:p>
    <w:p>
      <w:pPr>
        <w:pStyle w:val="ListParagraph"/>
      </w:pPr>
      <w:r>
        <w:rPr>
          <w:sz w:val="22"/>
        </w:rPr>
        <w:t>C. Chỉ làm tăng chi phí bảo trì thiết bị.</w:t>
      </w:r>
    </w:p>
    <w:p>
      <w:pPr>
        <w:pStyle w:val="ListParagraph"/>
      </w:pPr>
      <w:r>
        <w:rPr>
          <w:sz w:val="22"/>
        </w:rPr>
        <w:t>D. Không ảnh hưởng đến hiệu quả sản xuất.</w:t>
      </w:r>
    </w:p>
    <w:p/>
    <w:p>
      <w:r>
        <w:rPr>
          <w:b/>
          <w:sz w:val="24"/>
        </w:rPr>
        <w:t>Câu 8: Nhân tố nào thuộc nhóm chi phí hữu hình?</w:t>
      </w:r>
    </w:p>
    <w:p>
      <w:pPr>
        <w:pStyle w:val="ListParagraph"/>
      </w:pPr>
      <w:r>
        <w:rPr>
          <w:sz w:val="22"/>
        </w:rPr>
        <w:t>A. Khoảng cách từ nhà máy đến khách hàng.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