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Phép cộng không nhớ phạm vi 100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$23 + 4 = ?$</w:t>
      </w:r>
    </w:p>
    <w:p>
      <w:pPr>
        <w:pStyle w:val="ListParagraph"/>
      </w:pPr>
      <w:r>
        <w:rPr>
          <w:sz w:val="22"/>
        </w:rPr>
        <w:t>A. $26$</w:t>
      </w:r>
    </w:p>
    <w:p>
      <w:pPr>
        <w:pStyle w:val="ListParagraph"/>
      </w:pPr>
      <w:r>
        <w:rPr>
          <w:sz w:val="22"/>
        </w:rPr>
        <w:t>B. $27$</w:t>
      </w:r>
    </w:p>
    <w:p>
      <w:pPr>
        <w:pStyle w:val="ListParagraph"/>
      </w:pPr>
      <w:r>
        <w:rPr>
          <w:sz w:val="22"/>
        </w:rPr>
        <w:t>C. $28$</w:t>
      </w:r>
    </w:p>
    <w:p>
      <w:pPr>
        <w:pStyle w:val="ListParagraph"/>
      </w:pPr>
      <w:r>
        <w:rPr>
          <w:sz w:val="22"/>
        </w:rPr>
        <w:t>D. $29$</w:t>
      </w:r>
    </w:p>
    <w:p/>
    <w:p>
      <w:r>
        <w:rPr>
          <w:b/>
          <w:sz w:val="24"/>
        </w:rPr>
        <w:t>Câu 2: $45 + 12 = ?$</w:t>
      </w:r>
    </w:p>
    <w:p>
      <w:pPr>
        <w:pStyle w:val="ListParagraph"/>
      </w:pPr>
      <w:r>
        <w:rPr>
          <w:sz w:val="22"/>
        </w:rPr>
        <w:t>A. $55$</w:t>
      </w:r>
    </w:p>
    <w:p>
      <w:pPr>
        <w:pStyle w:val="ListParagraph"/>
      </w:pPr>
      <w:r>
        <w:rPr>
          <w:sz w:val="22"/>
        </w:rPr>
        <w:t>B. $56$</w:t>
      </w:r>
    </w:p>
    <w:p>
      <w:pPr>
        <w:pStyle w:val="ListParagraph"/>
      </w:pPr>
      <w:r>
        <w:rPr>
          <w:sz w:val="22"/>
        </w:rPr>
        <w:t>C. $57$</w:t>
      </w:r>
    </w:p>
    <w:p>
      <w:pPr>
        <w:pStyle w:val="ListParagraph"/>
      </w:pPr>
      <w:r>
        <w:rPr>
          <w:sz w:val="22"/>
        </w:rPr>
        <w:t>D. $58$</w:t>
      </w:r>
    </w:p>
    <w:p/>
    <w:p>
      <w:r>
        <w:rPr>
          <w:b/>
          <w:sz w:val="24"/>
        </w:rPr>
        <w:t>Câu 3: $30 + 25 = ?$</w:t>
      </w:r>
    </w:p>
    <w:p>
      <w:pPr>
        <w:pStyle w:val="ListParagraph"/>
      </w:pPr>
      <w:r>
        <w:rPr>
          <w:sz w:val="22"/>
        </w:rPr>
        <w:t>A. $45$</w:t>
      </w:r>
    </w:p>
    <w:p>
      <w:pPr>
        <w:pStyle w:val="ListParagraph"/>
      </w:pPr>
      <w:r>
        <w:rPr>
          <w:sz w:val="22"/>
        </w:rPr>
        <w:t>B. $50$</w:t>
      </w:r>
    </w:p>
    <w:p>
      <w:pPr>
        <w:pStyle w:val="ListParagraph"/>
      </w:pPr>
      <w:r>
        <w:rPr>
          <w:sz w:val="22"/>
        </w:rPr>
        <w:t>C. $55$</w:t>
      </w:r>
    </w:p>
    <w:p>
      <w:pPr>
        <w:pStyle w:val="ListParagraph"/>
      </w:pPr>
      <w:r>
        <w:rPr>
          <w:sz w:val="22"/>
        </w:rPr>
        <w:t>D. $65$</w:t>
      </w:r>
    </w:p>
    <w:p/>
    <w:p>
      <w:r>
        <w:rPr>
          <w:b/>
          <w:sz w:val="24"/>
        </w:rPr>
        <w:t>Câu 4: $11 + 42 = ?$</w:t>
      </w:r>
    </w:p>
    <w:p>
      <w:pPr>
        <w:pStyle w:val="ListParagraph"/>
      </w:pPr>
      <w:r>
        <w:rPr>
          <w:sz w:val="22"/>
        </w:rPr>
        <w:t>A. $53$</w:t>
      </w:r>
    </w:p>
    <w:p>
      <w:pPr>
        <w:pStyle w:val="ListParagraph"/>
      </w:pPr>
      <w:r>
        <w:rPr>
          <w:sz w:val="22"/>
        </w:rPr>
        <w:t>B. $52$</w:t>
      </w:r>
    </w:p>
    <w:p>
      <w:pPr>
        <w:pStyle w:val="ListParagraph"/>
      </w:pPr>
      <w:r>
        <w:rPr>
          <w:sz w:val="22"/>
        </w:rPr>
        <w:t>C. $54$</w:t>
      </w:r>
    </w:p>
    <w:p>
      <w:pPr>
        <w:pStyle w:val="ListParagraph"/>
      </w:pPr>
      <w:r>
        <w:rPr>
          <w:sz w:val="22"/>
        </w:rPr>
        <w:t>D. $51$</w:t>
      </w:r>
    </w:p>
    <w:p/>
    <w:p>
      <w:r>
        <w:rPr>
          <w:b/>
          <w:sz w:val="24"/>
        </w:rPr>
        <w:t>Câu 5: $50 + 26 = ?$</w:t>
      </w:r>
    </w:p>
    <w:p>
      <w:pPr>
        <w:pStyle w:val="ListParagraph"/>
      </w:pPr>
      <w:r>
        <w:rPr>
          <w:sz w:val="22"/>
        </w:rPr>
        <w:t>A. $66$</w:t>
      </w:r>
    </w:p>
    <w:p>
      <w:pPr>
        <w:pStyle w:val="ListParagraph"/>
      </w:pPr>
      <w:r>
        <w:rPr>
          <w:sz w:val="22"/>
        </w:rPr>
        <w:t>B. $76$</w:t>
      </w:r>
    </w:p>
    <w:p>
      <w:pPr>
        <w:pStyle w:val="ListParagraph"/>
      </w:pPr>
      <w:r>
        <w:rPr>
          <w:sz w:val="22"/>
        </w:rPr>
        <w:t>C. $86$</w:t>
      </w:r>
    </w:p>
    <w:p>
      <w:pPr>
        <w:pStyle w:val="ListParagraph"/>
      </w:pPr>
      <w:r>
        <w:rPr>
          <w:sz w:val="22"/>
        </w:rPr>
        <w:t>D. $70$</w:t>
      </w:r>
    </w:p>
    <w:p/>
    <w:p>
      <w:r>
        <w:rPr>
          <w:b/>
          <w:sz w:val="24"/>
        </w:rPr>
        <w:t>Câu 6: $14 + 3 = ?$</w:t>
      </w:r>
    </w:p>
    <w:p>
      <w:pPr>
        <w:pStyle w:val="ListParagraph"/>
      </w:pPr>
      <w:r>
        <w:rPr>
          <w:sz w:val="22"/>
        </w:rPr>
        <w:t>A. $16$</w:t>
      </w:r>
    </w:p>
    <w:p>
      <w:pPr>
        <w:pStyle w:val="ListParagraph"/>
      </w:pPr>
      <w:r>
        <w:rPr>
          <w:sz w:val="22"/>
        </w:rPr>
        <w:t>B. $17$</w:t>
      </w:r>
    </w:p>
    <w:p>
      <w:pPr>
        <w:pStyle w:val="ListParagraph"/>
      </w:pPr>
      <w:r>
        <w:rPr>
          <w:sz w:val="22"/>
        </w:rPr>
        <w:t>C. $18$</w:t>
      </w:r>
    </w:p>
    <w:p>
      <w:pPr>
        <w:pStyle w:val="ListParagraph"/>
      </w:pPr>
      <w:r>
        <w:rPr>
          <w:sz w:val="22"/>
        </w:rPr>
        <w:t>D. $19$</w:t>
      </w:r>
    </w:p>
    <w:p/>
    <w:p>
      <w:r>
        <w:rPr>
          <w:b/>
          <w:sz w:val="24"/>
        </w:rPr>
        <w:t>Câu 7: $62 + 5 = ?$</w:t>
      </w:r>
    </w:p>
    <w:p>
      <w:pPr>
        <w:pStyle w:val="ListParagraph"/>
      </w:pPr>
      <w:r>
        <w:rPr>
          <w:sz w:val="22"/>
        </w:rPr>
        <w:t>A. $66$</w:t>
      </w:r>
    </w:p>
    <w:p>
      <w:pPr>
        <w:pStyle w:val="ListParagraph"/>
      </w:pPr>
      <w:r>
        <w:rPr>
          <w:sz w:val="22"/>
        </w:rPr>
        <w:t>B. $67$</w:t>
      </w:r>
    </w:p>
    <w:p>
      <w:pPr>
        <w:pStyle w:val="ListParagraph"/>
      </w:pPr>
      <w:r>
        <w:rPr>
          <w:sz w:val="22"/>
        </w:rPr>
        <w:t>C. $68$</w:t>
      </w:r>
    </w:p>
    <w:p>
      <w:pPr>
        <w:pStyle w:val="ListParagraph"/>
      </w:pPr>
      <w:r>
        <w:rPr>
          <w:sz w:val="22"/>
        </w:rPr>
        <w:t>D. $69$</w:t>
      </w:r>
    </w:p>
    <w:p/>
    <w:p>
      <w:r>
        <w:rPr>
          <w:b/>
          <w:sz w:val="24"/>
        </w:rPr>
        <w:t>Câu 8: $20 + 34 = ?$</w:t>
      </w:r>
    </w:p>
    <w:p>
      <w:pPr>
        <w:pStyle w:val="ListParagraph"/>
      </w:pPr>
      <w:r>
        <w:rPr>
          <w:sz w:val="22"/>
        </w:rPr>
        <w:t>A. $44$</w:t>
      </w:r>
    </w:p>
    <w:p>
      <w:pPr>
        <w:pStyle w:val="ListParagraph"/>
      </w:pPr>
      <w:r>
        <w:rPr>
          <w:sz w:val="22"/>
        </w:rPr>
        <w:t>B. $54$</w:t>
      </w:r>
    </w:p>
    <w:p>
      <w:pPr>
        <w:pStyle w:val="ListParagraph"/>
      </w:pPr>
      <w:r>
        <w:rPr>
          <w:sz w:val="22"/>
        </w:rPr>
        <w:t>C. $64$</w:t>
      </w:r>
    </w:p>
    <w:p>
      <w:pPr>
        <w:pStyle w:val="ListParagraph"/>
      </w:pPr>
      <w:r>
        <w:rPr>
          <w:sz w:val="22"/>
        </w:rPr>
        <w:t>D. $52$</w:t>
      </w:r>
    </w:p>
    <w:p/>
    <w:p>
      <w:r>
        <w:rPr>
          <w:b/>
          <w:sz w:val="24"/>
        </w:rPr>
        <w:t>Câu 9: $41 + 27 = ?$</w:t>
      </w:r>
    </w:p>
    <w:p>
      <w:pPr>
        <w:pStyle w:val="ListParagraph"/>
      </w:pPr>
      <w:r>
        <w:rPr>
          <w:sz w:val="22"/>
        </w:rPr>
        <w:t>A. $58$</w:t>
      </w:r>
    </w:p>
    <w:p>
      <w:pPr>
        <w:pStyle w:val="ListParagraph"/>
      </w:pPr>
      <w:r>
        <w:rPr>
          <w:sz w:val="22"/>
        </w:rPr>
        <w:t>B. $68$</w:t>
      </w:r>
    </w:p>
    <w:p>
      <w:pPr>
        <w:pStyle w:val="ListParagraph"/>
      </w:pPr>
      <w:r>
        <w:rPr>
          <w:sz w:val="22"/>
        </w:rPr>
        <w:t>C. $67$</w:t>
      </w:r>
    </w:p>
    <w:p>
      <w:pPr>
        <w:pStyle w:val="ListParagraph"/>
      </w:pPr>
      <w:r>
        <w:rPr>
          <w:sz w:val="22"/>
        </w:rPr>
        <w:t>D. $69$</w:t>
      </w:r>
    </w:p>
    <w:p/>
    <w:p>
      <w:r>
        <w:rPr>
          <w:b/>
          <w:sz w:val="24"/>
        </w:rPr>
        <w:t>Câu 10: $35 + 24 = ?$</w:t>
      </w:r>
    </w:p>
    <w:p>
      <w:pPr>
        <w:pStyle w:val="ListParagraph"/>
      </w:pPr>
      <w:r>
        <w:rPr>
          <w:sz w:val="22"/>
        </w:rPr>
        <w:t>A. $59$</w:t>
      </w:r>
    </w:p>
    <w:p>
      <w:pPr>
        <w:pStyle w:val="ListParagraph"/>
      </w:pPr>
      <w:r>
        <w:rPr>
          <w:sz w:val="22"/>
        </w:rPr>
        <w:t>B. $58$</w:t>
      </w:r>
    </w:p>
    <w:p>
      <w:pPr>
        <w:pStyle w:val="ListParagraph"/>
      </w:pPr>
      <w:r>
        <w:rPr>
          <w:sz w:val="22"/>
        </w:rPr>
        <w:t>C. $69$</w:t>
      </w:r>
    </w:p>
    <w:p>
      <w:pPr>
        <w:pStyle w:val="ListParagraph"/>
      </w:pPr>
      <w:r>
        <w:rPr>
          <w:sz w:val="22"/>
        </w:rPr>
        <w:t>D. $57$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