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Tiếng Anh Thì Hiện Tại Đơn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____ to school every 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2: They ____ TV in the evening.</w:t>
      </w:r>
    </w:p>
    <w:p>
      <w:pPr>
        <w:pStyle w:val="ListParagraph"/>
      </w:pPr>
      <w:r>
        <w:rPr>
          <w:sz w:val="22"/>
        </w:rPr>
        <w:t>A. watch</w:t>
      </w:r>
    </w:p>
    <w:p>
      <w:pPr>
        <w:pStyle w:val="ListParagraph"/>
      </w:pPr>
      <w:r>
        <w:rPr>
          <w:sz w:val="22"/>
        </w:rPr>
        <w:t>B. watches</w:t>
      </w:r>
    </w:p>
    <w:p>
      <w:pPr>
        <w:pStyle w:val="ListParagraph"/>
      </w:pPr>
      <w:r>
        <w:rPr>
          <w:sz w:val="22"/>
        </w:rPr>
        <w:t>C. watching</w:t>
      </w:r>
    </w:p>
    <w:p>
      <w:pPr>
        <w:pStyle w:val="ListParagraph"/>
      </w:pPr>
      <w:r>
        <w:rPr>
          <w:sz w:val="22"/>
        </w:rPr>
        <w:t>D. watched</w:t>
      </w:r>
    </w:p>
    <w:p/>
    <w:p>
      <w:r>
        <w:rPr>
          <w:b/>
          <w:sz w:val="24"/>
        </w:rPr>
        <w:t>Câu 3: My brother ____ coffee every morning.</w:t>
      </w:r>
    </w:p>
    <w:p>
      <w:pPr>
        <w:pStyle w:val="ListParagraph"/>
      </w:pPr>
      <w:r>
        <w:rPr>
          <w:sz w:val="22"/>
        </w:rPr>
        <w:t>A. drink</w:t>
      </w:r>
    </w:p>
    <w:p>
      <w:pPr>
        <w:pStyle w:val="ListParagraph"/>
      </w:pPr>
      <w:r>
        <w:rPr>
          <w:sz w:val="22"/>
        </w:rPr>
        <w:t>B. drinks</w:t>
      </w:r>
    </w:p>
    <w:p>
      <w:pPr>
        <w:pStyle w:val="ListParagraph"/>
      </w:pPr>
      <w:r>
        <w:rPr>
          <w:sz w:val="22"/>
        </w:rPr>
        <w:t>C. drinking</w:t>
      </w:r>
    </w:p>
    <w:p>
      <w:pPr>
        <w:pStyle w:val="ListParagraph"/>
      </w:pPr>
      <w:r>
        <w:rPr>
          <w:sz w:val="22"/>
        </w:rPr>
        <w:t>D. drank</w:t>
      </w:r>
    </w:p>
    <w:p/>
    <w:p>
      <w:r>
        <w:rPr>
          <w:b/>
          <w:sz w:val="24"/>
        </w:rPr>
        <w:t>Câu 4: We ____ English on Mondays.</w:t>
      </w:r>
    </w:p>
    <w:p>
      <w:pPr>
        <w:pStyle w:val="ListParagraph"/>
      </w:pPr>
      <w:r>
        <w:rPr>
          <w:sz w:val="22"/>
        </w:rPr>
        <w:t>A. study</w:t>
      </w:r>
    </w:p>
    <w:p>
      <w:pPr>
        <w:pStyle w:val="ListParagraph"/>
      </w:pPr>
      <w:r>
        <w:rPr>
          <w:sz w:val="22"/>
        </w:rPr>
        <w:t>B. studies</w:t>
      </w:r>
    </w:p>
    <w:p>
      <w:pPr>
        <w:pStyle w:val="ListParagraph"/>
      </w:pPr>
      <w:r>
        <w:rPr>
          <w:sz w:val="22"/>
        </w:rPr>
        <w:t>C. studying</w:t>
      </w:r>
    </w:p>
    <w:p>
      <w:pPr>
        <w:pStyle w:val="ListParagraph"/>
      </w:pPr>
      <w:r>
        <w:rPr>
          <w:sz w:val="22"/>
        </w:rPr>
        <w:t>D. studied</w:t>
      </w:r>
    </w:p>
    <w:p/>
    <w:p>
      <w:r>
        <w:rPr>
          <w:b/>
          <w:sz w:val="24"/>
        </w:rPr>
        <w:t>Câu 5: ____ he play soccer after school?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6: I ____ not like fish.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am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7: The sun ____ in the east.</w:t>
      </w:r>
    </w:p>
    <w:p>
      <w:pPr>
        <w:pStyle w:val="ListParagraph"/>
      </w:pPr>
      <w:r>
        <w:rPr>
          <w:sz w:val="22"/>
        </w:rPr>
        <w:t>A. rise</w:t>
      </w:r>
    </w:p>
    <w:p>
      <w:pPr>
        <w:pStyle w:val="ListParagraph"/>
      </w:pPr>
      <w:r>
        <w:rPr>
          <w:sz w:val="22"/>
        </w:rPr>
        <w:t>B. rises</w:t>
      </w:r>
    </w:p>
    <w:p>
      <w:pPr>
        <w:pStyle w:val="ListParagraph"/>
      </w:pPr>
      <w:r>
        <w:rPr>
          <w:sz w:val="22"/>
        </w:rPr>
        <w:t>C. rising</w:t>
      </w:r>
    </w:p>
    <w:p>
      <w:pPr>
        <w:pStyle w:val="ListParagraph"/>
      </w:pPr>
      <w:r>
        <w:rPr>
          <w:sz w:val="22"/>
        </w:rPr>
        <w:t>D. rose</w:t>
      </w:r>
    </w:p>
    <w:p/>
    <w:p>
      <w:r>
        <w:rPr>
          <w:b/>
          <w:sz w:val="24"/>
        </w:rPr>
        <w:t>Câu 8: They ____ not go to work on Sundays.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9: ____ your parents live in the city?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10: Lan usually ____ her homework before dinner.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doing</w:t>
      </w:r>
    </w:p>
    <w:p>
      <w:pPr>
        <w:pStyle w:val="ListParagraph"/>
      </w:pPr>
      <w:r>
        <w:rPr>
          <w:sz w:val="22"/>
        </w:rPr>
        <w:t>D. did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