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. I wish it ___ sunny tomorrow.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. I wish it ___ sunny tomorrow.</w:t>
      </w:r>
    </w:p>
    <w:p>
      <w:pPr>
        <w:pStyle w:val="ListParagraph"/>
      </w:pPr>
      <w:r>
        <w:rPr>
          <w:sz w:val="22"/>
        </w:rPr>
        <w:t>A. would be</w:t>
      </w:r>
    </w:p>
    <w:p>
      <w:pPr>
        <w:pStyle w:val="ListParagraph"/>
      </w:pPr>
      <w:r>
        <w:rPr>
          <w:sz w:val="22"/>
        </w:rPr>
        <w:t>B. was</w:t>
      </w:r>
    </w:p>
    <w:p>
      <w:pPr>
        <w:pStyle w:val="ListParagraph"/>
      </w:pPr>
      <w:r>
        <w:rPr>
          <w:sz w:val="22"/>
        </w:rPr>
        <w:t>C. had been</w:t>
      </w:r>
    </w:p>
    <w:p>
      <w:pPr>
        <w:pStyle w:val="ListParagraph"/>
      </w:pPr>
      <w:r>
        <w:rPr>
          <w:sz w:val="22"/>
        </w:rPr>
        <w:t>D. is</w:t>
      </w:r>
    </w:p>
    <w:p/>
    <w:p>
      <w:r>
        <w:rPr>
          <w:b/>
          <w:sz w:val="24"/>
        </w:rPr>
        <w:t>Câu 2: 2. She wishes her brother ___ more careful next time.</w:t>
      </w:r>
    </w:p>
    <w:p>
      <w:pPr>
        <w:pStyle w:val="ListParagraph"/>
      </w:pPr>
      <w:r>
        <w:rPr>
          <w:sz w:val="22"/>
        </w:rPr>
        <w:t>A. is</w:t>
      </w:r>
    </w:p>
    <w:p>
      <w:pPr>
        <w:pStyle w:val="ListParagraph"/>
      </w:pPr>
      <w:r>
        <w:rPr>
          <w:sz w:val="22"/>
        </w:rPr>
        <w:t>B. will be</w:t>
      </w:r>
    </w:p>
    <w:p>
      <w:pPr>
        <w:pStyle w:val="ListParagraph"/>
      </w:pPr>
      <w:r>
        <w:rPr>
          <w:sz w:val="22"/>
        </w:rPr>
        <w:t>C. would be</w:t>
      </w:r>
    </w:p>
    <w:p>
      <w:pPr>
        <w:pStyle w:val="ListParagraph"/>
      </w:pPr>
      <w:r>
        <w:rPr>
          <w:sz w:val="22"/>
        </w:rPr>
        <w:t>D. had been</w:t>
      </w:r>
    </w:p>
    <w:p/>
    <w:p>
      <w:r>
        <w:rPr>
          <w:b/>
          <w:sz w:val="24"/>
        </w:rPr>
        <w:t>Câu 3: 3. I wish they ___ us before making a decision.</w:t>
      </w:r>
    </w:p>
    <w:p>
      <w:pPr>
        <w:pStyle w:val="ListParagraph"/>
      </w:pPr>
      <w:r>
        <w:rPr>
          <w:sz w:val="22"/>
        </w:rPr>
        <w:t>A. would consult</w:t>
      </w:r>
    </w:p>
    <w:p>
      <w:pPr>
        <w:pStyle w:val="ListParagraph"/>
      </w:pPr>
      <w:r>
        <w:rPr>
          <w:sz w:val="22"/>
        </w:rPr>
        <w:t>B. consult</w:t>
      </w:r>
    </w:p>
    <w:p>
      <w:pPr>
        <w:pStyle w:val="ListParagraph"/>
      </w:pPr>
      <w:r>
        <w:rPr>
          <w:sz w:val="22"/>
        </w:rPr>
        <w:t>C. have consulted</w:t>
      </w:r>
    </w:p>
    <w:p>
      <w:pPr>
        <w:pStyle w:val="ListParagraph"/>
      </w:pPr>
      <w:r>
        <w:rPr>
          <w:sz w:val="22"/>
        </w:rPr>
        <w:t>D. had consulted</w:t>
      </w:r>
    </w:p>
    <w:p/>
    <w:p>
      <w:r>
        <w:rPr>
          <w:b/>
          <w:sz w:val="24"/>
        </w:rPr>
        <w:t>Câu 4: 4. We wish the manager ___ a clear answer soon.</w:t>
      </w:r>
    </w:p>
    <w:p>
      <w:pPr>
        <w:pStyle w:val="ListParagraph"/>
      </w:pPr>
      <w:r>
        <w:rPr>
          <w:sz w:val="22"/>
        </w:rPr>
        <w:t>A. gives</w:t>
      </w:r>
    </w:p>
    <w:p>
      <w:pPr>
        <w:pStyle w:val="ListParagraph"/>
      </w:pPr>
      <w:r>
        <w:rPr>
          <w:sz w:val="22"/>
        </w:rPr>
        <w:t>B. gave</w:t>
      </w:r>
    </w:p>
    <w:p>
      <w:pPr>
        <w:pStyle w:val="ListParagraph"/>
      </w:pPr>
      <w:r>
        <w:rPr>
          <w:sz w:val="22"/>
        </w:rPr>
        <w:t>C. would give</w:t>
      </w:r>
    </w:p>
    <w:p>
      <w:pPr>
        <w:pStyle w:val="ListParagraph"/>
      </w:pPr>
      <w:r>
        <w:rPr>
          <w:sz w:val="22"/>
        </w:rPr>
        <w:t>D. had given</w:t>
      </w:r>
    </w:p>
    <w:p/>
    <w:p>
      <w:r>
        <w:rPr>
          <w:b/>
          <w:sz w:val="24"/>
        </w:rPr>
        <w:t>Câu 5: 5. He wishes people ___ him alone.</w:t>
      </w:r>
    </w:p>
    <w:p>
      <w:pPr>
        <w:pStyle w:val="ListParagraph"/>
      </w:pPr>
      <w:r>
        <w:rPr>
          <w:sz w:val="22"/>
        </w:rPr>
        <w:t>A. leave</w:t>
      </w:r>
    </w:p>
    <w:p>
      <w:pPr>
        <w:pStyle w:val="ListParagraph"/>
      </w:pPr>
      <w:r>
        <w:rPr>
          <w:sz w:val="22"/>
        </w:rPr>
        <w:t>B. would leave</w:t>
      </w:r>
    </w:p>
    <w:p>
      <w:pPr>
        <w:pStyle w:val="ListParagraph"/>
      </w:pPr>
      <w:r>
        <w:rPr>
          <w:sz w:val="22"/>
        </w:rPr>
        <w:t>C. left</w:t>
      </w:r>
    </w:p>
    <w:p>
      <w:pPr>
        <w:pStyle w:val="ListParagraph"/>
      </w:pPr>
      <w:r>
        <w:rPr>
          <w:sz w:val="22"/>
        </w:rPr>
        <w:t>D. had left</w:t>
      </w:r>
    </w:p>
    <w:p/>
    <w:p>
      <w:r>
        <w:rPr>
          <w:b/>
          <w:sz w:val="24"/>
        </w:rPr>
        <w:t>Câu 6: 6. I wish the teacher ___ less homework next week.</w:t>
      </w:r>
    </w:p>
    <w:p>
      <w:pPr>
        <w:pStyle w:val="ListParagraph"/>
      </w:pPr>
      <w:r>
        <w:rPr>
          <w:sz w:val="22"/>
        </w:rPr>
        <w:t>A. gives</w:t>
      </w:r>
    </w:p>
    <w:p>
      <w:pPr>
        <w:pStyle w:val="ListParagraph"/>
      </w:pPr>
      <w:r>
        <w:rPr>
          <w:sz w:val="22"/>
        </w:rPr>
        <w:t>B. gave</w:t>
      </w:r>
    </w:p>
    <w:p>
      <w:pPr>
        <w:pStyle w:val="ListParagraph"/>
      </w:pPr>
      <w:r>
        <w:rPr>
          <w:sz w:val="22"/>
        </w:rPr>
        <w:t>C. would give</w:t>
      </w:r>
    </w:p>
    <w:p>
      <w:pPr>
        <w:pStyle w:val="ListParagraph"/>
      </w:pPr>
      <w:r>
        <w:rPr>
          <w:sz w:val="22"/>
        </w:rPr>
        <w:t>D. has given</w:t>
      </w:r>
    </w:p>
    <w:p/>
    <w:p>
      <w:r>
        <w:rPr>
          <w:b/>
          <w:sz w:val="24"/>
        </w:rPr>
        <w:t>Câu 7: 7. She wishes her friend ___ her birthday.</w:t>
      </w:r>
    </w:p>
    <w:p>
      <w:pPr>
        <w:pStyle w:val="ListParagraph"/>
      </w:pPr>
      <w:r>
        <w:rPr>
          <w:sz w:val="22"/>
        </w:rPr>
        <w:t>A. won’t forget</w:t>
      </w:r>
    </w:p>
    <w:p>
      <w:pPr>
        <w:pStyle w:val="ListParagraph"/>
      </w:pPr>
      <w:r>
        <w:rPr>
          <w:sz w:val="22"/>
        </w:rPr>
        <w:t>B. wouldn’t forget</w:t>
      </w:r>
    </w:p>
    <w:p>
      <w:pPr>
        <w:pStyle w:val="ListParagraph"/>
      </w:pPr>
      <w:r>
        <w:rPr>
          <w:sz w:val="22"/>
        </w:rPr>
        <w:t>C. doesn’t forget</w:t>
      </w:r>
    </w:p>
    <w:p>
      <w:pPr>
        <w:pStyle w:val="ListParagraph"/>
      </w:pPr>
      <w:r>
        <w:rPr>
          <w:sz w:val="22"/>
        </w:rPr>
        <w:t>D. forgot</w:t>
      </w:r>
    </w:p>
    <w:p/>
    <w:p>
      <w:r>
        <w:rPr>
          <w:b/>
          <w:sz w:val="24"/>
        </w:rPr>
        <w:t>Câu 8: 8. I wish you ___ more polite when talking to others.</w:t>
      </w:r>
    </w:p>
    <w:p>
      <w:pPr>
        <w:pStyle w:val="ListParagraph"/>
      </w:pPr>
      <w:r>
        <w:rPr>
          <w:sz w:val="22"/>
        </w:rPr>
        <w:t>A. be</w:t>
      </w:r>
    </w:p>
    <w:p>
      <w:pPr>
        <w:pStyle w:val="ListParagraph"/>
      </w:pPr>
      <w:r>
        <w:rPr>
          <w:sz w:val="22"/>
        </w:rPr>
        <w:t>B. were</w:t>
      </w:r>
    </w:p>
    <w:p>
      <w:pPr>
        <w:pStyle w:val="ListParagraph"/>
      </w:pPr>
      <w:r>
        <w:rPr>
          <w:sz w:val="22"/>
        </w:rPr>
        <w:t>C. would be</w:t>
      </w:r>
    </w:p>
    <w:p>
      <w:pPr>
        <w:pStyle w:val="ListParagraph"/>
      </w:pPr>
      <w:r>
        <w:rPr>
          <w:sz w:val="22"/>
        </w:rPr>
        <w:t>D. had been</w:t>
      </w:r>
    </w:p>
    <w:p/>
    <w:p>
      <w:r>
        <w:rPr>
          <w:b/>
          <w:sz w:val="24"/>
        </w:rPr>
        <w:t>Câu 9: 9. They wish the flight ___ delayed.</w:t>
      </w:r>
    </w:p>
    <w:p>
      <w:pPr>
        <w:pStyle w:val="ListParagraph"/>
      </w:pPr>
      <w:r>
        <w:rPr>
          <w:sz w:val="22"/>
        </w:rPr>
        <w:t>A. won’t be</w:t>
      </w:r>
    </w:p>
    <w:p>
      <w:pPr>
        <w:pStyle w:val="ListParagraph"/>
      </w:pPr>
      <w:r>
        <w:rPr>
          <w:sz w:val="22"/>
        </w:rPr>
        <w:t>B. wouldn’t be</w:t>
      </w:r>
    </w:p>
    <w:p>
      <w:pPr>
        <w:pStyle w:val="ListParagraph"/>
      </w:pPr>
      <w:r>
        <w:rPr>
          <w:sz w:val="22"/>
        </w:rPr>
        <w:t>C. isn’t</w:t>
      </w:r>
    </w:p>
    <w:p>
      <w:pPr>
        <w:pStyle w:val="ListParagraph"/>
      </w:pPr>
      <w:r>
        <w:rPr>
          <w:sz w:val="22"/>
        </w:rPr>
        <w:t>D. weren’t</w:t>
      </w:r>
    </w:p>
    <w:p/>
    <w:p>
      <w:r>
        <w:rPr>
          <w:b/>
          <w:sz w:val="24"/>
        </w:rPr>
        <w:t>Câu 10: 10. I wish you ___ that again.</w:t>
      </w:r>
    </w:p>
    <w:p>
      <w:pPr>
        <w:pStyle w:val="ListParagraph"/>
      </w:pPr>
      <w:r>
        <w:rPr>
          <w:sz w:val="22"/>
        </w:rPr>
        <w:t>A. won’t do</w:t>
      </w:r>
    </w:p>
    <w:p>
      <w:pPr>
        <w:pStyle w:val="ListParagraph"/>
      </w:pPr>
      <w:r>
        <w:rPr>
          <w:sz w:val="22"/>
        </w:rPr>
        <w:t>B. wouldn’t do</w:t>
      </w:r>
    </w:p>
    <w:p>
      <w:pPr>
        <w:pStyle w:val="ListParagraph"/>
      </w:pPr>
      <w:r>
        <w:rPr>
          <w:sz w:val="22"/>
        </w:rPr>
        <w:t>C. didn’t do</w:t>
      </w:r>
    </w:p>
    <w:p>
      <w:pPr>
        <w:pStyle w:val="ListParagraph"/>
      </w:pPr>
      <w:r>
        <w:rPr>
          <w:sz w:val="22"/>
        </w:rPr>
        <w:t>D. don’t do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D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C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