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1 - Các số đến 20 và phép cộng trừ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nào lớn nhất trong các số: 10, 5, 15, 8?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2: Số liền sau của 12 là số nào?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13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3: 7 + 5 = ?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4: 15 - 3 = 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5: Số nào bé nhất trong các số: 19, 4, 17, 9?</w:t>
      </w:r>
    </w:p>
    <w:p>
      <w:pPr>
        <w:pStyle w:val="ListParagraph"/>
      </w:pPr>
      <w:r>
        <w:rPr>
          <w:sz w:val="22"/>
        </w:rPr>
        <w:t>A. 19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17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6: 9 + 6 = 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7: 18 - 5 = ?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8: Số liền trước của 20 là số nào?</w:t>
      </w:r>
    </w:p>
    <w:p>
      <w:pPr>
        <w:pStyle w:val="ListParagraph"/>
      </w:pPr>
      <w:r>
        <w:rPr>
          <w:sz w:val="22"/>
        </w:rPr>
        <w:t>A. 18</w:t>
      </w:r>
    </w:p>
    <w:p>
      <w:pPr>
        <w:pStyle w:val="ListParagraph"/>
      </w:pPr>
      <w:r>
        <w:rPr>
          <w:sz w:val="22"/>
        </w:rPr>
        <w:t>B. 19</w:t>
      </w:r>
    </w:p>
    <w:p>
      <w:pPr>
        <w:pStyle w:val="ListParagraph"/>
      </w:pPr>
      <w:r>
        <w:rPr>
          <w:sz w:val="22"/>
        </w:rPr>
        <w:t>C. 21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9: 8 + 7 = 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10: 16 - 4 = 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