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Câu hỏi về đất nước Nhật Bản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What is the traditional Japanese garment called?</w:t>
      </w:r>
    </w:p>
    <w:p>
      <w:pPr>
        <w:pStyle w:val="ListParagraph"/>
      </w:pPr>
      <w:r>
        <w:rPr>
          <w:sz w:val="22"/>
        </w:rPr>
        <w:t>A. Hanbok</w:t>
      </w:r>
    </w:p>
    <w:p>
      <w:pPr>
        <w:pStyle w:val="ListParagraph"/>
      </w:pPr>
      <w:r>
        <w:rPr>
          <w:sz w:val="22"/>
        </w:rPr>
        <w:t>B. Kimono</w:t>
      </w:r>
    </w:p>
    <w:p>
      <w:pPr>
        <w:pStyle w:val="ListParagraph"/>
      </w:pPr>
      <w:r>
        <w:rPr>
          <w:sz w:val="22"/>
        </w:rPr>
        <w:t>C. Sari</w:t>
      </w:r>
    </w:p>
    <w:p>
      <w:pPr>
        <w:pStyle w:val="ListParagraph"/>
      </w:pPr>
      <w:r>
        <w:rPr>
          <w:sz w:val="22"/>
        </w:rPr>
        <w:t>D. Cheongsam</w:t>
      </w:r>
    </w:p>
    <w:p/>
    <w:p>
      <w:r>
        <w:rPr>
          <w:b/>
          <w:sz w:val="24"/>
        </w:rPr>
        <w:t>Câu 2: Which Japanese dish is made with vinegared rice and often served with seafood?</w:t>
      </w:r>
    </w:p>
    <w:p>
      <w:pPr>
        <w:pStyle w:val="ListParagraph"/>
      </w:pPr>
      <w:r>
        <w:rPr>
          <w:sz w:val="22"/>
        </w:rPr>
        <w:t>A. Ramen</w:t>
      </w:r>
    </w:p>
    <w:p>
      <w:pPr>
        <w:pStyle w:val="ListParagraph"/>
      </w:pPr>
      <w:r>
        <w:rPr>
          <w:sz w:val="22"/>
        </w:rPr>
        <w:t>B. Sushi</w:t>
      </w:r>
    </w:p>
    <w:p>
      <w:pPr>
        <w:pStyle w:val="ListParagraph"/>
      </w:pPr>
      <w:r>
        <w:rPr>
          <w:sz w:val="22"/>
        </w:rPr>
        <w:t>C. Tempura</w:t>
      </w:r>
    </w:p>
    <w:p>
      <w:pPr>
        <w:pStyle w:val="ListParagraph"/>
      </w:pPr>
      <w:r>
        <w:rPr>
          <w:sz w:val="22"/>
        </w:rPr>
        <w:t>D. Udon</w:t>
      </w:r>
    </w:p>
    <w:p/>
    <w:p>
      <w:r>
        <w:rPr>
          <w:b/>
          <w:sz w:val="24"/>
        </w:rPr>
        <w:t>Câu 3: What is the capital of Japan?</w:t>
      </w:r>
    </w:p>
    <w:p>
      <w:pPr>
        <w:pStyle w:val="ListParagraph"/>
      </w:pPr>
      <w:r>
        <w:rPr>
          <w:sz w:val="22"/>
        </w:rPr>
        <w:t>A. Osaka</w:t>
      </w:r>
    </w:p>
    <w:p>
      <w:pPr>
        <w:pStyle w:val="ListParagraph"/>
      </w:pPr>
      <w:r>
        <w:rPr>
          <w:sz w:val="22"/>
        </w:rPr>
        <w:t>B. Kyoto</w:t>
      </w:r>
    </w:p>
    <w:p>
      <w:pPr>
        <w:pStyle w:val="ListParagraph"/>
      </w:pPr>
      <w:r>
        <w:rPr>
          <w:sz w:val="22"/>
        </w:rPr>
        <w:t>C. Tokyo</w:t>
      </w:r>
    </w:p>
    <w:p>
      <w:pPr>
        <w:pStyle w:val="ListParagraph"/>
      </w:pPr>
      <w:r>
        <w:rPr>
          <w:sz w:val="22"/>
        </w:rPr>
        <w:t>D. Nagoya</w:t>
      </w:r>
    </w:p>
    <w:p/>
    <w:p>
      <w:r>
        <w:rPr>
          <w:b/>
          <w:sz w:val="24"/>
        </w:rPr>
        <w:t>Câu 4: Which mountain is the highest in Japan and a famous symbol?</w:t>
      </w:r>
    </w:p>
    <w:p>
      <w:pPr>
        <w:pStyle w:val="ListParagraph"/>
      </w:pPr>
      <w:r>
        <w:rPr>
          <w:sz w:val="22"/>
        </w:rPr>
        <w:t>A. Mount Fuji</w:t>
      </w:r>
    </w:p>
    <w:p>
      <w:pPr>
        <w:pStyle w:val="ListParagraph"/>
      </w:pPr>
      <w:r>
        <w:rPr>
          <w:sz w:val="22"/>
        </w:rPr>
        <w:t>B. Mount Kita</w:t>
      </w:r>
    </w:p>
    <w:p>
      <w:pPr>
        <w:pStyle w:val="ListParagraph"/>
      </w:pPr>
      <w:r>
        <w:rPr>
          <w:sz w:val="22"/>
        </w:rPr>
        <w:t>C. Mount Aso</w:t>
      </w:r>
    </w:p>
    <w:p>
      <w:pPr>
        <w:pStyle w:val="ListParagraph"/>
      </w:pPr>
      <w:r>
        <w:rPr>
          <w:sz w:val="22"/>
        </w:rPr>
        <w:t>D. Mount Tate</w:t>
      </w:r>
    </w:p>
    <w:p/>
    <w:p>
      <w:r>
        <w:rPr>
          <w:b/>
          <w:sz w:val="24"/>
        </w:rPr>
        <w:t>Câu 5: What is the Japanese tea ceremony commonly called?</w:t>
      </w:r>
    </w:p>
    <w:p>
      <w:pPr>
        <w:pStyle w:val="ListParagraph"/>
      </w:pPr>
      <w:r>
        <w:rPr>
          <w:sz w:val="22"/>
        </w:rPr>
        <w:t>A. Ikebana</w:t>
      </w:r>
    </w:p>
    <w:p>
      <w:pPr>
        <w:pStyle w:val="ListParagraph"/>
      </w:pPr>
      <w:r>
        <w:rPr>
          <w:sz w:val="22"/>
        </w:rPr>
        <w:t>B. Origami</w:t>
      </w:r>
    </w:p>
    <w:p>
      <w:pPr>
        <w:pStyle w:val="ListParagraph"/>
      </w:pPr>
      <w:r>
        <w:rPr>
          <w:sz w:val="22"/>
        </w:rPr>
        <w:t>C. Sadō</w:t>
      </w:r>
    </w:p>
    <w:p>
      <w:pPr>
        <w:pStyle w:val="ListParagraph"/>
      </w:pPr>
      <w:r>
        <w:rPr>
          <w:sz w:val="22"/>
        </w:rPr>
        <w:t>D. Kabuki</w:t>
      </w:r>
    </w:p>
    <w:p/>
    <w:p>
      <w:r>
        <w:rPr>
          <w:b/>
          <w:sz w:val="24"/>
        </w:rPr>
        <w:t>Câu 6: Which city is famous for ancient temples, shrines, and geisha districts?</w:t>
      </w:r>
    </w:p>
    <w:p>
      <w:pPr>
        <w:pStyle w:val="ListParagraph"/>
      </w:pPr>
      <w:r>
        <w:rPr>
          <w:sz w:val="22"/>
        </w:rPr>
        <w:t>A. Sapporo</w:t>
      </w:r>
    </w:p>
    <w:p>
      <w:pPr>
        <w:pStyle w:val="ListParagraph"/>
      </w:pPr>
      <w:r>
        <w:rPr>
          <w:sz w:val="22"/>
        </w:rPr>
        <w:t>B. Kyoto</w:t>
      </w:r>
    </w:p>
    <w:p>
      <w:pPr>
        <w:pStyle w:val="ListParagraph"/>
      </w:pPr>
      <w:r>
        <w:rPr>
          <w:sz w:val="22"/>
        </w:rPr>
        <w:t>C. Hiroshima</w:t>
      </w:r>
    </w:p>
    <w:p>
      <w:pPr>
        <w:pStyle w:val="ListParagraph"/>
      </w:pPr>
      <w:r>
        <w:rPr>
          <w:sz w:val="22"/>
        </w:rPr>
        <w:t>D. Yokohama</w:t>
      </w:r>
    </w:p>
    <w:p/>
    <w:p>
      <w:r>
        <w:rPr>
          <w:b/>
          <w:sz w:val="24"/>
        </w:rPr>
        <w:t>Câu 7: What does 'manga' refer to in Japanese culture?</w:t>
      </w:r>
    </w:p>
    <w:p>
      <w:pPr>
        <w:pStyle w:val="ListParagraph"/>
      </w:pPr>
      <w:r>
        <w:rPr>
          <w:sz w:val="22"/>
        </w:rPr>
        <w:t>A. Comic books or graphic novels</w:t>
      </w:r>
    </w:p>
    <w:p>
      <w:pPr>
        <w:pStyle w:val="ListParagraph"/>
      </w:pPr>
      <w:r>
        <w:rPr>
          <w:sz w:val="22"/>
        </w:rPr>
        <w:t>B. Traditional dance</w:t>
      </w:r>
    </w:p>
    <w:p>
      <w:pPr>
        <w:pStyle w:val="ListParagraph"/>
      </w:pPr>
      <w:r>
        <w:rPr>
          <w:sz w:val="22"/>
        </w:rPr>
        <w:t>C. Flower arrangement</w:t>
      </w:r>
    </w:p>
    <w:p>
      <w:pPr>
        <w:pStyle w:val="ListParagraph"/>
      </w:pPr>
      <w:r>
        <w:rPr>
          <w:sz w:val="22"/>
        </w:rPr>
        <w:t>D. Sword fighting</w:t>
      </w:r>
    </w:p>
    <w:p/>
    <w:p>
      <w:r>
        <w:rPr>
          <w:b/>
          <w:sz w:val="24"/>
        </w:rPr>
        <w:t>Câu 8: Which Japanese food is deep-fried seafood or vegetables?</w:t>
      </w:r>
    </w:p>
    <w:p>
      <w:pPr>
        <w:pStyle w:val="ListParagraph"/>
      </w:pPr>
      <w:r>
        <w:rPr>
          <w:sz w:val="22"/>
        </w:rPr>
        <w:t>A. Sashimi</w:t>
      </w:r>
    </w:p>
    <w:p>
      <w:pPr>
        <w:pStyle w:val="ListParagraph"/>
      </w:pPr>
      <w:r>
        <w:rPr>
          <w:sz w:val="22"/>
        </w:rPr>
        <w:t>B. Tempura</w:t>
      </w:r>
    </w:p>
    <w:p>
      <w:pPr>
        <w:pStyle w:val="ListParagraph"/>
      </w:pPr>
      <w:r>
        <w:rPr>
          <w:sz w:val="22"/>
        </w:rPr>
        <w:t>C. Miso soup</w:t>
      </w:r>
    </w:p>
    <w:p>
      <w:pPr>
        <w:pStyle w:val="ListParagraph"/>
      </w:pPr>
      <w:r>
        <w:rPr>
          <w:sz w:val="22"/>
        </w:rPr>
        <w:t>D. Onigiri</w:t>
      </w:r>
    </w:p>
    <w:p/>
    <w:p>
      <w:r>
        <w:rPr>
          <w:b/>
          <w:sz w:val="24"/>
        </w:rPr>
        <w:t>Câu 9: What is the Japanese custom of viewing cherry blossoms called?</w:t>
      </w:r>
    </w:p>
    <w:p>
      <w:pPr>
        <w:pStyle w:val="ListParagraph"/>
      </w:pPr>
      <w:r>
        <w:rPr>
          <w:sz w:val="22"/>
        </w:rPr>
        <w:t>A. Hanami</w:t>
      </w:r>
    </w:p>
    <w:p>
      <w:pPr>
        <w:pStyle w:val="ListParagraph"/>
      </w:pPr>
      <w:r>
        <w:rPr>
          <w:sz w:val="22"/>
        </w:rPr>
        <w:t>B. Matsuri</w:t>
      </w:r>
    </w:p>
    <w:p>
      <w:pPr>
        <w:pStyle w:val="ListParagraph"/>
      </w:pPr>
      <w:r>
        <w:rPr>
          <w:sz w:val="22"/>
        </w:rPr>
        <w:t>C. Obon</w:t>
      </w:r>
    </w:p>
    <w:p>
      <w:pPr>
        <w:pStyle w:val="ListParagraph"/>
      </w:pPr>
      <w:r>
        <w:rPr>
          <w:sz w:val="22"/>
        </w:rPr>
        <w:t>D. Tanabata</w:t>
      </w:r>
    </w:p>
    <w:p/>
    <w:p>
      <w:r>
        <w:rPr>
          <w:b/>
          <w:sz w:val="24"/>
        </w:rPr>
        <w:t>Câu 10: Which historic temple is located in Nara?</w:t>
      </w:r>
    </w:p>
    <w:p>
      <w:pPr>
        <w:pStyle w:val="ListParagraph"/>
      </w:pPr>
      <w:r>
        <w:rPr>
          <w:sz w:val="22"/>
        </w:rPr>
        <w:t>A. Tōdai-ji</w:t>
      </w:r>
    </w:p>
    <w:p>
      <w:pPr>
        <w:pStyle w:val="ListParagraph"/>
      </w:pPr>
      <w:r>
        <w:rPr>
          <w:sz w:val="22"/>
        </w:rPr>
        <w:t>B. Tokyo Tower</w:t>
      </w:r>
    </w:p>
    <w:p>
      <w:pPr>
        <w:pStyle w:val="ListParagraph"/>
      </w:pPr>
      <w:r>
        <w:rPr>
          <w:sz w:val="22"/>
        </w:rPr>
        <w:t>C. Shibuya Crossing</w:t>
      </w:r>
    </w:p>
    <w:p>
      <w:pPr>
        <w:pStyle w:val="ListParagraph"/>
      </w:pPr>
      <w:r>
        <w:rPr>
          <w:sz w:val="22"/>
        </w:rPr>
        <w:t>D. Universal Studios Japan</w:t>
      </w:r>
    </w:p>
    <w:p/>
    <w:p>
      <w:r>
        <w:rPr>
          <w:b/>
          <w:sz w:val="24"/>
        </w:rPr>
        <w:t>Câu 11: Which Japanese noodle soup has Chinese origins?</w:t>
      </w:r>
    </w:p>
    <w:p>
      <w:pPr>
        <w:pStyle w:val="ListParagraph"/>
      </w:pPr>
      <w:r>
        <w:rPr>
          <w:sz w:val="22"/>
        </w:rPr>
        <w:t>A. Ramen</w:t>
      </w:r>
    </w:p>
    <w:p>
      <w:pPr>
        <w:pStyle w:val="ListParagraph"/>
      </w:pPr>
      <w:r>
        <w:rPr>
          <w:sz w:val="22"/>
        </w:rPr>
        <w:t>B. Soba</w:t>
      </w:r>
    </w:p>
    <w:p>
      <w:pPr>
        <w:pStyle w:val="ListParagraph"/>
      </w:pPr>
      <w:r>
        <w:rPr>
          <w:sz w:val="22"/>
        </w:rPr>
        <w:t>C. Udon</w:t>
      </w:r>
    </w:p>
    <w:p>
      <w:pPr>
        <w:pStyle w:val="ListParagraph"/>
      </w:pPr>
      <w:r>
        <w:rPr>
          <w:sz w:val="22"/>
        </w:rPr>
        <w:t>D. Somen</w:t>
      </w:r>
    </w:p>
    <w:p/>
    <w:p>
      <w:r>
        <w:rPr>
          <w:b/>
          <w:sz w:val="24"/>
        </w:rPr>
        <w:t>Câu 12: What is the traditional Japanese art of paper folding?</w:t>
      </w:r>
    </w:p>
    <w:p>
      <w:pPr>
        <w:pStyle w:val="ListParagraph"/>
      </w:pPr>
      <w:r>
        <w:rPr>
          <w:sz w:val="22"/>
        </w:rPr>
        <w:t>A. Origami</w:t>
      </w:r>
    </w:p>
    <w:p>
      <w:pPr>
        <w:pStyle w:val="ListParagraph"/>
      </w:pPr>
      <w:r>
        <w:rPr>
          <w:sz w:val="22"/>
        </w:rPr>
        <w:t>B. Ikebana</w:t>
      </w:r>
    </w:p>
    <w:p>
      <w:pPr>
        <w:pStyle w:val="ListParagraph"/>
      </w:pPr>
      <w:r>
        <w:rPr>
          <w:sz w:val="22"/>
        </w:rPr>
        <w:t>C. Calligraphy</w:t>
      </w:r>
    </w:p>
    <w:p>
      <w:pPr>
        <w:pStyle w:val="ListParagraph"/>
      </w:pPr>
      <w:r>
        <w:rPr>
          <w:sz w:val="22"/>
        </w:rPr>
        <w:t>D. Ukiyo-e</w:t>
      </w:r>
    </w:p>
    <w:p/>
    <w:p>
      <w:r>
        <w:rPr>
          <w:b/>
          <w:sz w:val="24"/>
        </w:rPr>
        <w:t>Câu 13: Which city is known for Dotonbori and street food?</w:t>
      </w:r>
    </w:p>
    <w:p>
      <w:pPr>
        <w:pStyle w:val="ListParagraph"/>
      </w:pPr>
      <w:r>
        <w:rPr>
          <w:sz w:val="22"/>
        </w:rPr>
        <w:t>A. Osaka</w:t>
      </w:r>
    </w:p>
    <w:p>
      <w:pPr>
        <w:pStyle w:val="ListParagraph"/>
      </w:pPr>
      <w:r>
        <w:rPr>
          <w:sz w:val="22"/>
        </w:rPr>
        <w:t>B. Kanazawa</w:t>
      </w:r>
    </w:p>
    <w:p>
      <w:pPr>
        <w:pStyle w:val="ListParagraph"/>
      </w:pPr>
      <w:r>
        <w:rPr>
          <w:sz w:val="22"/>
        </w:rPr>
        <w:t>C. Niigata</w:t>
      </w:r>
    </w:p>
    <w:p>
      <w:pPr>
        <w:pStyle w:val="ListParagraph"/>
      </w:pPr>
      <w:r>
        <w:rPr>
          <w:sz w:val="22"/>
        </w:rPr>
        <w:t>D. Sendai</w:t>
      </w:r>
    </w:p>
    <w:p/>
    <w:p>
      <w:r>
        <w:rPr>
          <w:b/>
          <w:sz w:val="24"/>
        </w:rPr>
        <w:t>Câu 14: What is sake?</w:t>
      </w:r>
    </w:p>
    <w:p>
      <w:pPr>
        <w:pStyle w:val="ListParagraph"/>
      </w:pPr>
      <w:r>
        <w:rPr>
          <w:sz w:val="22"/>
        </w:rPr>
        <w:t>A. Rice wine</w:t>
      </w:r>
    </w:p>
    <w:p>
      <w:pPr>
        <w:pStyle w:val="ListParagraph"/>
      </w:pPr>
      <w:r>
        <w:rPr>
          <w:sz w:val="22"/>
        </w:rPr>
        <w:t>B. Green tea</w:t>
      </w:r>
    </w:p>
    <w:p>
      <w:pPr>
        <w:pStyle w:val="ListParagraph"/>
      </w:pPr>
      <w:r>
        <w:rPr>
          <w:sz w:val="22"/>
        </w:rPr>
        <w:t>C. Plum wine</w:t>
      </w:r>
    </w:p>
    <w:p>
      <w:pPr>
        <w:pStyle w:val="ListParagraph"/>
      </w:pPr>
      <w:r>
        <w:rPr>
          <w:sz w:val="22"/>
        </w:rPr>
        <w:t>D. Beer</w:t>
      </w:r>
    </w:p>
    <w:p/>
    <w:p>
      <w:r>
        <w:rPr>
          <w:b/>
          <w:sz w:val="24"/>
        </w:rPr>
        <w:t>Câu 15: Which of the following is a traditional Japanese theater form?</w:t>
      </w:r>
    </w:p>
    <w:p>
      <w:pPr>
        <w:pStyle w:val="ListParagraph"/>
      </w:pPr>
      <w:r>
        <w:rPr>
          <w:sz w:val="22"/>
        </w:rPr>
        <w:t>A. Kabuki</w:t>
      </w:r>
    </w:p>
    <w:p>
      <w:pPr>
        <w:pStyle w:val="ListParagraph"/>
      </w:pPr>
      <w:r>
        <w:rPr>
          <w:sz w:val="22"/>
        </w:rPr>
        <w:t>B. Noh</w:t>
      </w:r>
    </w:p>
    <w:p>
      <w:pPr>
        <w:pStyle w:val="ListParagraph"/>
      </w:pPr>
      <w:r>
        <w:rPr>
          <w:sz w:val="22"/>
        </w:rPr>
        <w:t>C. Bunraku</w:t>
      </w:r>
    </w:p>
    <w:p>
      <w:pPr>
        <w:pStyle w:val="ListParagraph"/>
      </w:pPr>
      <w:r>
        <w:rPr>
          <w:sz w:val="22"/>
        </w:rPr>
        <w:t>D. All of the above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