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Good evening</w:t>
      </w:r>
    </w:p>
    <w:p/>
    <w:p>
      <w:r>
        <w:rPr>
          <w:b/>
          <w:sz w:val="24"/>
        </w:rPr>
        <w:t>Câu 2: My name ______ Lan.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3: How do you ask someone's name?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 is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4: "How are you?" - "______"</w:t>
      </w:r>
    </w:p>
    <w:p>
      <w:pPr>
        <w:pStyle w:val="ListParagraph"/>
      </w:pPr>
      <w:r>
        <w:rPr>
          <w:sz w:val="22"/>
        </w:rPr>
        <w:t>A. I'm fine, thank you.</w:t>
      </w:r>
    </w:p>
    <w:p>
      <w:pPr>
        <w:pStyle w:val="ListParagraph"/>
      </w:pPr>
      <w:r>
        <w:rPr>
          <w:sz w:val="22"/>
        </w:rPr>
        <w:t>B. My name is Nam.</w:t>
      </w:r>
    </w:p>
    <w:p>
      <w:pPr>
        <w:pStyle w:val="ListParagraph"/>
      </w:pPr>
      <w:r>
        <w:rPr>
          <w:sz w:val="22"/>
        </w:rPr>
        <w:t>C. I'm nine years old.</w:t>
      </w:r>
    </w:p>
    <w:p>
      <w:pPr>
        <w:pStyle w:val="ListParagraph"/>
      </w:pPr>
      <w:r>
        <w:rPr>
          <w:sz w:val="22"/>
        </w:rPr>
        <w:t>D. I'm from Vietnam.</w:t>
      </w:r>
    </w:p>
    <w:p/>
    <w:p>
      <w:r>
        <w:rPr>
          <w:b/>
          <w:sz w:val="24"/>
        </w:rPr>
        <w:t>Câu 5: Choose the correct greeting used in the evening: Good ______.</w:t>
      </w:r>
    </w:p>
    <w:p>
      <w:pPr>
        <w:pStyle w:val="ListParagraph"/>
      </w:pPr>
      <w:r>
        <w:rPr>
          <w:sz w:val="22"/>
        </w:rPr>
        <w:t>A. morning</w:t>
      </w:r>
    </w:p>
    <w:p>
      <w:pPr>
        <w:pStyle w:val="ListParagraph"/>
      </w:pPr>
      <w:r>
        <w:rPr>
          <w:sz w:val="22"/>
        </w:rPr>
        <w:t>B. afternoon</w:t>
      </w:r>
    </w:p>
    <w:p>
      <w:pPr>
        <w:pStyle w:val="ListParagraph"/>
      </w:pPr>
      <w:r>
        <w:rPr>
          <w:sz w:val="22"/>
        </w:rPr>
        <w:t>C. evening</w:t>
      </w:r>
    </w:p>
    <w:p>
      <w:pPr>
        <w:pStyle w:val="ListParagraph"/>
      </w:pPr>
      <w:r>
        <w:rPr>
          <w:sz w:val="22"/>
        </w:rPr>
        <w:t>D. night</w:t>
      </w:r>
    </w:p>
    <w:p/>
    <w:p>
      <w:r>
        <w:rPr>
          <w:b/>
          <w:sz w:val="24"/>
        </w:rPr>
        <w:t>Câu 6: "Nice to meet you." - "______"</w:t>
      </w:r>
    </w:p>
    <w:p>
      <w:pPr>
        <w:pStyle w:val="ListParagraph"/>
      </w:pPr>
      <w:r>
        <w:rPr>
          <w:sz w:val="22"/>
        </w:rPr>
        <w:t>A. Nice to meet you, too.</w:t>
      </w:r>
    </w:p>
    <w:p>
      <w:pPr>
        <w:pStyle w:val="ListParagraph"/>
      </w:pPr>
      <w:r>
        <w:rPr>
          <w:sz w:val="22"/>
        </w:rPr>
        <w:t>B. Goodbye.</w:t>
      </w:r>
    </w:p>
    <w:p>
      <w:pPr>
        <w:pStyle w:val="ListParagraph"/>
      </w:pPr>
      <w:r>
        <w:rPr>
          <w:sz w:val="22"/>
        </w:rPr>
        <w:t>C. I'm ten.</w:t>
      </w:r>
    </w:p>
    <w:p>
      <w:pPr>
        <w:pStyle w:val="ListParagraph"/>
      </w:pPr>
      <w:r>
        <w:rPr>
          <w:sz w:val="22"/>
        </w:rPr>
        <w:t>D. Yes, I do.</w:t>
      </w:r>
    </w:p>
    <w:p/>
    <w:p>
      <w:r>
        <w:rPr>
          <w:b/>
          <w:sz w:val="24"/>
        </w:rPr>
        <w:t>Câu 7: "______ your name?" - "My name is Peter."</w:t>
      </w:r>
    </w:p>
    <w:p>
      <w:pPr>
        <w:pStyle w:val="ListParagraph"/>
      </w:pPr>
      <w:r>
        <w:rPr>
          <w:sz w:val="22"/>
        </w:rPr>
        <w:t>A. What's</w:t>
      </w:r>
    </w:p>
    <w:p>
      <w:pPr>
        <w:pStyle w:val="ListParagraph"/>
      </w:pPr>
      <w:r>
        <w:rPr>
          <w:sz w:val="22"/>
        </w:rPr>
        <w:t>B. How's</w:t>
      </w:r>
    </w:p>
    <w:p>
      <w:pPr>
        <w:pStyle w:val="ListParagraph"/>
      </w:pPr>
      <w:r>
        <w:rPr>
          <w:sz w:val="22"/>
        </w:rPr>
        <w:t>C. Who's</w:t>
      </w:r>
    </w:p>
    <w:p>
      <w:pPr>
        <w:pStyle w:val="ListParagraph"/>
      </w:pPr>
      <w:r>
        <w:rPr>
          <w:sz w:val="22"/>
        </w:rPr>
        <w:t>D. Where's</w:t>
      </w:r>
    </w:p>
    <w:p/>
    <w:p>
      <w:r>
        <w:rPr>
          <w:b/>
          <w:sz w:val="24"/>
        </w:rPr>
        <w:t>Câu 8: When you leave, you say: "______"</w:t>
      </w:r>
    </w:p>
    <w:p>
      <w:pPr>
        <w:pStyle w:val="ListParagraph"/>
      </w:pPr>
      <w:r>
        <w:rPr>
          <w:sz w:val="22"/>
        </w:rPr>
        <w:t>A. Goodbye</w:t>
      </w:r>
    </w:p>
    <w:p>
      <w:pPr>
        <w:pStyle w:val="ListParagraph"/>
      </w:pPr>
      <w:r>
        <w:rPr>
          <w:sz w:val="22"/>
        </w:rPr>
        <w:t>B. Hello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Hi</w:t>
      </w:r>
    </w:p>
    <w:p/>
    <w:p>
      <w:r>
        <w:rPr>
          <w:b/>
          <w:sz w:val="24"/>
        </w:rPr>
        <w:t>Câu 9: This ______ my friend, Mary.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10: "How old are you?" - "______"</w:t>
      </w:r>
    </w:p>
    <w:p>
      <w:pPr>
        <w:pStyle w:val="ListParagraph"/>
      </w:pPr>
      <w:r>
        <w:rPr>
          <w:sz w:val="22"/>
        </w:rPr>
        <w:t>A. I'm eight years old.</w:t>
      </w:r>
    </w:p>
    <w:p>
      <w:pPr>
        <w:pStyle w:val="ListParagraph"/>
      </w:pPr>
      <w:r>
        <w:rPr>
          <w:sz w:val="22"/>
        </w:rPr>
        <w:t>B. I'm fine.</w:t>
      </w:r>
    </w:p>
    <w:p>
      <w:pPr>
        <w:pStyle w:val="ListParagraph"/>
      </w:pPr>
      <w:r>
        <w:rPr>
          <w:sz w:val="22"/>
        </w:rPr>
        <w:t>C. My name is Hoa.</w:t>
      </w:r>
    </w:p>
    <w:p>
      <w:pPr>
        <w:pStyle w:val="ListParagraph"/>
      </w:pPr>
      <w:r>
        <w:rPr>
          <w:sz w:val="22"/>
        </w:rPr>
        <w:t>D. Nice to meet you.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