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thi thử môn toán 12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Hàm số $y = x^3 - 3x^2 + 1$ nghịch biến trên khoảng nào dưới đây?</w:t>
      </w:r>
    </w:p>
    <w:p>
      <w:pPr>
        <w:pStyle w:val="ListParagraph"/>
      </w:pPr>
      <w:r>
        <w:rPr>
          <w:sz w:val="22"/>
        </w:rPr>
        <w:t>A. $(2; +\infty)$</w:t>
      </w:r>
    </w:p>
    <w:p>
      <w:pPr>
        <w:pStyle w:val="ListParagraph"/>
      </w:pPr>
      <w:r>
        <w:rPr>
          <w:sz w:val="22"/>
        </w:rPr>
        <w:t>B. $(0; 2)$</w:t>
      </w:r>
    </w:p>
    <w:p>
      <w:pPr>
        <w:pStyle w:val="ListParagraph"/>
      </w:pPr>
      <w:r>
        <w:rPr>
          <w:sz w:val="22"/>
        </w:rPr>
        <w:t>C. $(-\infty; 0)$</w:t>
      </w:r>
    </w:p>
    <w:p>
      <w:pPr>
        <w:pStyle w:val="ListParagraph"/>
      </w:pPr>
      <w:r>
        <w:rPr>
          <w:sz w:val="22"/>
        </w:rPr>
        <w:t>D. $(-\infty; +\infty)$</w:t>
      </w:r>
    </w:p>
    <w:p/>
    <w:p>
      <w:r>
        <w:rPr>
          <w:b/>
          <w:sz w:val="24"/>
        </w:rPr>
        <w:t>Câu 2: Hàm số nào dưới đây đồng biến trên $\mathbb{R}$?</w:t>
      </w:r>
    </w:p>
    <w:p>
      <w:pPr>
        <w:pStyle w:val="ListParagraph"/>
      </w:pPr>
      <w:r>
        <w:rPr>
          <w:sz w:val="22"/>
        </w:rPr>
        <w:t>A. $y = -x^3 - 3x$</w:t>
      </w:r>
    </w:p>
    <w:p>
      <w:pPr>
        <w:pStyle w:val="ListParagraph"/>
      </w:pPr>
      <w:r>
        <w:rPr>
          <w:sz w:val="22"/>
        </w:rPr>
        <w:t>B. $y = x^4 + x^2$</w:t>
      </w:r>
    </w:p>
    <w:p>
      <w:pPr>
        <w:pStyle w:val="ListParagraph"/>
      </w:pPr>
      <w:r>
        <w:rPr>
          <w:sz w:val="22"/>
        </w:rPr>
        <w:t>C. $y = \dfrac{x-1}{x+1}$</w:t>
      </w:r>
    </w:p>
    <w:p>
      <w:pPr>
        <w:pStyle w:val="ListParagraph"/>
      </w:pPr>
      <w:r>
        <w:rPr>
          <w:sz w:val="22"/>
        </w:rPr>
        <w:t>D. $y = x^3 + x$</w:t>
      </w:r>
    </w:p>
    <w:p/>
    <w:p>
      <w:r>
        <w:rPr>
          <w:b/>
          <w:sz w:val="24"/>
        </w:rPr>
        <w:t>Câu 3: Cho hàm số $y = \dfrac{2-x}{x+3}$. Khẳng định nào sau đây đúng?</w:t>
      </w:r>
    </w:p>
    <w:p>
      <w:pPr>
        <w:pStyle w:val="ListParagraph"/>
      </w:pPr>
      <w:r>
        <w:rPr>
          <w:sz w:val="22"/>
        </w:rPr>
        <w:t>A. Hàm số nghịch biến trên mỗi khoảng $(-\infty; -3)$ và $(-3; +\infty)$.</w:t>
      </w:r>
    </w:p>
    <w:p>
      <w:pPr>
        <w:pStyle w:val="ListParagraph"/>
      </w:pPr>
      <w:r>
        <w:rPr>
          <w:sz w:val="22"/>
        </w:rPr>
        <w:t>B. Hàm số đồng biến trên mỗi khoảng xác định.</w:t>
      </w:r>
    </w:p>
    <w:p>
      <w:pPr>
        <w:pStyle w:val="ListParagraph"/>
      </w:pPr>
      <w:r>
        <w:rPr>
          <w:sz w:val="22"/>
        </w:rPr>
        <w:t>C. Hàm số nghịch biến trên $\mathbb{R}$.</w:t>
      </w:r>
    </w:p>
    <w:p>
      <w:pPr>
        <w:pStyle w:val="ListParagraph"/>
      </w:pPr>
      <w:r>
        <w:rPr>
          <w:sz w:val="22"/>
        </w:rPr>
        <w:t>D. Hàm số đồng biến trên khoảng $(-3; +\infty)$.</w:t>
      </w:r>
    </w:p>
    <w:p/>
    <w:p>
      <w:r>
        <w:rPr>
          <w:b/>
          <w:sz w:val="24"/>
        </w:rPr>
        <w:t>Câu 4: Hàm số $y = -x^4 + 2x^2 + 3$ đồng biến trên khoảng nào dưới đây?</w:t>
      </w:r>
    </w:p>
    <w:p>
      <w:pPr>
        <w:pStyle w:val="ListParagraph"/>
      </w:pPr>
      <w:r>
        <w:rPr>
          <w:sz w:val="22"/>
        </w:rPr>
        <w:t>A. $(1; +\infty)$</w:t>
      </w:r>
    </w:p>
    <w:p>
      <w:pPr>
        <w:pStyle w:val="ListParagraph"/>
      </w:pPr>
      <w:r>
        <w:rPr>
          <w:sz w:val="22"/>
        </w:rPr>
        <w:t>B. $(-1; 1)$</w:t>
      </w:r>
    </w:p>
    <w:p>
      <w:pPr>
        <w:pStyle w:val="ListParagraph"/>
      </w:pPr>
      <w:r>
        <w:rPr>
          <w:sz w:val="22"/>
        </w:rPr>
        <w:t>C. $(0; 1)$</w:t>
      </w:r>
    </w:p>
    <w:p>
      <w:pPr>
        <w:pStyle w:val="ListParagraph"/>
      </w:pPr>
      <w:r>
        <w:rPr>
          <w:sz w:val="22"/>
        </w:rPr>
        <w:t>D. $(-\infty; 0)$</w:t>
      </w:r>
    </w:p>
    <w:p/>
    <w:p>
      <w:r>
        <w:rPr>
          <w:b/>
          <w:sz w:val="24"/>
        </w:rPr>
        <w:t>Câu 5: Số điểm cực trị của hàm số $y = x^3 - 3x^2 + 2$ là</w:t>
      </w:r>
    </w:p>
    <w:p>
      <w:pPr>
        <w:pStyle w:val="ListParagraph"/>
      </w:pPr>
      <w:r>
        <w:rPr>
          <w:sz w:val="22"/>
        </w:rPr>
        <w:t>A. $3$</w:t>
      </w:r>
    </w:p>
    <w:p>
      <w:pPr>
        <w:pStyle w:val="ListParagraph"/>
      </w:pPr>
      <w:r>
        <w:rPr>
          <w:sz w:val="22"/>
        </w:rPr>
        <w:t>B. $0$</w:t>
      </w:r>
    </w:p>
    <w:p>
      <w:pPr>
        <w:pStyle w:val="ListParagraph"/>
      </w:pPr>
      <w:r>
        <w:rPr>
          <w:sz w:val="22"/>
        </w:rPr>
        <w:t>C. $2$</w:t>
      </w:r>
    </w:p>
    <w:p>
      <w:pPr>
        <w:pStyle w:val="ListParagraph"/>
      </w:pPr>
      <w:r>
        <w:rPr>
          <w:sz w:val="22"/>
        </w:rPr>
        <w:t>D. $1$</w:t>
      </w:r>
    </w:p>
    <w:p/>
    <w:p>
      <w:r>
        <w:rPr>
          <w:b/>
          <w:sz w:val="24"/>
        </w:rPr>
        <w:t>Câu 6: Số điểm cực trị của hàm số $y = x^4 - 2x^2 + 1$ là</w:t>
      </w:r>
    </w:p>
    <w:p>
      <w:pPr>
        <w:pStyle w:val="ListParagraph"/>
      </w:pPr>
      <w:r>
        <w:rPr>
          <w:sz w:val="22"/>
        </w:rPr>
        <w:t>A. $1$</w:t>
      </w:r>
    </w:p>
    <w:p>
      <w:pPr>
        <w:pStyle w:val="ListParagraph"/>
      </w:pPr>
      <w:r>
        <w:rPr>
          <w:sz w:val="22"/>
        </w:rPr>
        <w:t>B. $3$</w:t>
      </w:r>
    </w:p>
    <w:p>
      <w:pPr>
        <w:pStyle w:val="ListParagraph"/>
      </w:pPr>
      <w:r>
        <w:rPr>
          <w:sz w:val="22"/>
        </w:rPr>
        <w:t>C. $2$</w:t>
      </w:r>
    </w:p>
    <w:p>
      <w:pPr>
        <w:pStyle w:val="ListParagraph"/>
      </w:pPr>
      <w:r>
        <w:rPr>
          <w:sz w:val="22"/>
        </w:rPr>
        <w:t>D. $0$</w:t>
      </w:r>
    </w:p>
    <w:p/>
    <w:p>
      <w:r>
        <w:rPr>
          <w:b/>
          <w:sz w:val="24"/>
        </w:rPr>
        <w:t>Câu 7: Tìm tất cả các giá trị của tham số $m$ để hàm số $y = x^3 - 3mx^2 + 3$ đạt cực tiểu tại $x = 2$.</w:t>
      </w:r>
    </w:p>
    <w:p>
      <w:pPr>
        <w:pStyle w:val="ListParagraph"/>
      </w:pPr>
      <w:r>
        <w:rPr>
          <w:sz w:val="22"/>
        </w:rPr>
        <w:t>A. $m = -1$</w:t>
      </w:r>
    </w:p>
    <w:p>
      <w:pPr>
        <w:pStyle w:val="ListParagraph"/>
      </w:pPr>
      <w:r>
        <w:rPr>
          <w:sz w:val="22"/>
        </w:rPr>
        <w:t>B. $m = 2$</w:t>
      </w:r>
    </w:p>
    <w:p>
      <w:pPr>
        <w:pStyle w:val="ListParagraph"/>
      </w:pPr>
      <w:r>
        <w:rPr>
          <w:sz w:val="22"/>
        </w:rPr>
        <w:t>C. $m = 1$</w:t>
      </w:r>
    </w:p>
    <w:p>
      <w:pPr>
        <w:pStyle w:val="ListParagraph"/>
      </w:pPr>
      <w:r>
        <w:rPr>
          <w:sz w:val="22"/>
        </w:rPr>
        <w:t>D. $m = -2$</w:t>
      </w:r>
    </w:p>
    <w:p/>
    <w:p>
      <w:r>
        <w:rPr>
          <w:b/>
          <w:sz w:val="24"/>
        </w:rPr>
        <w:t>Câu 8: Giá trị lớn nhất của hàm số $y = -x^2 + 4x + 1$ trên $\mathbb{R}$ bằng</w:t>
      </w:r>
    </w:p>
    <w:p>
      <w:pPr>
        <w:pStyle w:val="ListParagraph"/>
      </w:pPr>
      <w:r>
        <w:rPr>
          <w:sz w:val="22"/>
        </w:rPr>
        <w:t>A. $1$</w:t>
      </w:r>
    </w:p>
    <w:p>
      <w:pPr>
        <w:pStyle w:val="ListParagraph"/>
      </w:pPr>
      <w:r>
        <w:rPr>
          <w:sz w:val="22"/>
        </w:rPr>
        <w:t>B. $4$</w:t>
      </w:r>
    </w:p>
    <w:p>
      <w:pPr>
        <w:pStyle w:val="ListParagraph"/>
      </w:pPr>
      <w:r>
        <w:rPr>
          <w:sz w:val="22"/>
        </w:rPr>
        <w:t>C. $9$</w:t>
      </w:r>
    </w:p>
    <w:p>
      <w:pPr>
        <w:pStyle w:val="ListParagraph"/>
      </w:pPr>
      <w:r>
        <w:rPr>
          <w:sz w:val="22"/>
        </w:rPr>
        <w:t>D. $5$</w:t>
      </w:r>
    </w:p>
    <w:p/>
    <w:p>
      <w:r>
        <w:rPr>
          <w:b/>
          <w:sz w:val="24"/>
        </w:rPr>
        <w:t>Câu 9: Giá trị nhỏ nhất của hàm số $y = x^3 - 3x + 1$ trên đoạn $[0; 2]$ bằng</w:t>
      </w:r>
    </w:p>
    <w:p>
      <w:pPr>
        <w:pStyle w:val="ListParagraph"/>
      </w:pPr>
      <w:r>
        <w:rPr>
          <w:sz w:val="22"/>
        </w:rPr>
        <w:t>A. $-1$</w:t>
      </w:r>
    </w:p>
    <w:p>
      <w:pPr>
        <w:pStyle w:val="ListParagraph"/>
      </w:pPr>
      <w:r>
        <w:rPr>
          <w:sz w:val="22"/>
        </w:rPr>
        <w:t>B. $1$</w:t>
      </w:r>
    </w:p>
    <w:p>
      <w:pPr>
        <w:pStyle w:val="ListParagraph"/>
      </w:pPr>
      <w:r>
        <w:rPr>
          <w:sz w:val="22"/>
        </w:rPr>
        <w:t>C. $3$</w:t>
      </w:r>
    </w:p>
    <w:p>
      <w:pPr>
        <w:pStyle w:val="ListParagraph"/>
      </w:pPr>
      <w:r>
        <w:rPr>
          <w:sz w:val="22"/>
        </w:rPr>
        <w:t>D. $0$</w:t>
      </w:r>
    </w:p>
    <w:p/>
    <w:p>
      <w:r>
        <w:rPr>
          <w:b/>
          <w:sz w:val="24"/>
        </w:rPr>
        <w:t>Câu 10: Gọi $M$, $m$ lần lượt là giá trị lớn nhất và giá trị nhỏ nhất của hàm số $y = x^4 - 2x^2 + 3$ trên đoạn $[-1; 2]$. Giá trị của $M + m$ bằng</w:t>
      </w:r>
    </w:p>
    <w:p>
      <w:pPr>
        <w:pStyle w:val="ListParagraph"/>
      </w:pPr>
      <w:r>
        <w:rPr>
          <w:sz w:val="22"/>
        </w:rPr>
        <w:t>A. $11$</w:t>
      </w:r>
    </w:p>
    <w:p>
      <w:pPr>
        <w:pStyle w:val="ListParagraph"/>
      </w:pPr>
      <w:r>
        <w:rPr>
          <w:sz w:val="22"/>
        </w:rPr>
        <w:t>B. $13$</w:t>
      </w:r>
    </w:p>
    <w:p>
      <w:pPr>
        <w:pStyle w:val="ListParagraph"/>
      </w:pPr>
      <w:r>
        <w:rPr>
          <w:sz w:val="22"/>
        </w:rPr>
        <w:t>C. $2$</w:t>
      </w:r>
    </w:p>
    <w:p>
      <w:pPr>
        <w:pStyle w:val="ListParagraph"/>
      </w:pPr>
      <w:r>
        <w:rPr>
          <w:sz w:val="22"/>
        </w:rPr>
        <w:t>D. $9$</w:t>
      </w:r>
    </w:p>
    <w:p/>
    <w:p>
      <w:r>
        <w:rPr>
          <w:b/>
          <w:sz w:val="24"/>
        </w:rPr>
        <w:t>Câu 11: Tiệm cận đứng của đồ thị hàm số $y = \dfrac{2x-1}{x+1}$ là đường thẳng</w:t>
      </w:r>
    </w:p>
    <w:p>
      <w:pPr>
        <w:pStyle w:val="ListParagraph"/>
      </w:pPr>
      <w:r>
        <w:rPr>
          <w:sz w:val="22"/>
        </w:rPr>
        <w:t>A. $y = 2$</w:t>
      </w:r>
    </w:p>
    <w:p>
      <w:pPr>
        <w:pStyle w:val="ListParagraph"/>
      </w:pPr>
      <w:r>
        <w:rPr>
          <w:sz w:val="22"/>
        </w:rPr>
        <w:t>B. $y = -1$</w:t>
      </w:r>
    </w:p>
    <w:p>
      <w:pPr>
        <w:pStyle w:val="ListParagraph"/>
      </w:pPr>
      <w:r>
        <w:rPr>
          <w:sz w:val="22"/>
        </w:rPr>
        <w:t>C. $x = -1$</w:t>
      </w:r>
    </w:p>
    <w:p>
      <w:pPr>
        <w:pStyle w:val="ListParagraph"/>
      </w:pPr>
      <w:r>
        <w:rPr>
          <w:sz w:val="22"/>
        </w:rPr>
        <w:t>D. $x = 1$</w:t>
      </w:r>
    </w:p>
    <w:p/>
    <w:p>
      <w:r>
        <w:rPr>
          <w:b/>
          <w:sz w:val="24"/>
        </w:rPr>
        <w:t>Câu 12: Số đường tiệm cận của đồ thị hàm số $y = \dfrac{2x-1}{x+1}$ là</w:t>
      </w:r>
    </w:p>
    <w:p>
      <w:pPr>
        <w:pStyle w:val="ListParagraph"/>
      </w:pPr>
      <w:r>
        <w:rPr>
          <w:sz w:val="22"/>
        </w:rPr>
        <w:t>A. $2$</w:t>
      </w:r>
    </w:p>
    <w:p>
      <w:pPr>
        <w:pStyle w:val="ListParagraph"/>
      </w:pPr>
      <w:r>
        <w:rPr>
          <w:sz w:val="22"/>
        </w:rPr>
        <w:t>B. $1$</w:t>
      </w:r>
    </w:p>
    <w:p>
      <w:pPr>
        <w:pStyle w:val="ListParagraph"/>
      </w:pPr>
      <w:r>
        <w:rPr>
          <w:sz w:val="22"/>
        </w:rPr>
        <w:t>C. $3$</w:t>
      </w:r>
    </w:p>
    <w:p>
      <w:pPr>
        <w:pStyle w:val="ListParagraph"/>
      </w:pPr>
      <w:r>
        <w:rPr>
          <w:sz w:val="22"/>
        </w:rPr>
        <w:t>D. $0$</w:t>
      </w:r>
    </w:p>
    <w:p/>
    <w:p>
      <w:r>
        <w:rPr>
          <w:b/>
          <w:sz w:val="24"/>
        </w:rPr>
        <w:t>Câu 13: Số đường tiệm cận (đứng và ngang) của đồ thị hàm số $y = \dfrac{x-2}{x^2-1}$ là</w:t>
      </w:r>
    </w:p>
    <w:p>
      <w:pPr>
        <w:pStyle w:val="ListParagraph"/>
      </w:pPr>
      <w:r>
        <w:rPr>
          <w:sz w:val="22"/>
        </w:rPr>
        <w:t>A. $1$</w:t>
      </w:r>
    </w:p>
    <w:p>
      <w:pPr>
        <w:pStyle w:val="ListParagraph"/>
      </w:pPr>
      <w:r>
        <w:rPr>
          <w:sz w:val="22"/>
        </w:rPr>
        <w:t>B. $2$</w:t>
      </w:r>
    </w:p>
    <w:p>
      <w:pPr>
        <w:pStyle w:val="ListParagraph"/>
      </w:pPr>
      <w:r>
        <w:rPr>
          <w:sz w:val="22"/>
        </w:rPr>
        <w:t>C. $4$</w:t>
      </w:r>
    </w:p>
    <w:p>
      <w:pPr>
        <w:pStyle w:val="ListParagraph"/>
      </w:pPr>
      <w:r>
        <w:rPr>
          <w:sz w:val="22"/>
        </w:rPr>
        <w:t>D. $3$</w:t>
      </w:r>
    </w:p>
    <w:p/>
    <w:p>
      <w:r>
        <w:rPr>
          <w:b/>
          <w:sz w:val="24"/>
        </w:rPr>
        <w:t>Câu 14: Tâm đối xứng của đồ thị hàm số $y = \dfrac{x+1}{x-1}$ là điểm</w:t>
      </w:r>
    </w:p>
    <w:p>
      <w:pPr>
        <w:pStyle w:val="ListParagraph"/>
      </w:pPr>
      <w:r>
        <w:rPr>
          <w:sz w:val="22"/>
        </w:rPr>
        <w:t>A. $I(-1; 1)$</w:t>
      </w:r>
    </w:p>
    <w:p>
      <w:pPr>
        <w:pStyle w:val="ListParagraph"/>
      </w:pPr>
      <w:r>
        <w:rPr>
          <w:sz w:val="22"/>
        </w:rPr>
        <w:t>B. $I(1; 1)$</w:t>
      </w:r>
    </w:p>
    <w:p>
      <w:pPr>
        <w:pStyle w:val="ListParagraph"/>
      </w:pPr>
      <w:r>
        <w:rPr>
          <w:sz w:val="22"/>
        </w:rPr>
        <w:t>C. $I(1; -1)$</w:t>
      </w:r>
    </w:p>
    <w:p>
      <w:pPr>
        <w:pStyle w:val="ListParagraph"/>
      </w:pPr>
      <w:r>
        <w:rPr>
          <w:sz w:val="22"/>
        </w:rPr>
        <w:t>D. $I(-1; -1)$</w:t>
      </w:r>
    </w:p>
    <w:p/>
    <w:p>
      <w:r>
        <w:rPr>
          <w:b/>
          <w:sz w:val="24"/>
        </w:rPr>
        <w:t>Câu 15: Đồ thị hàm số $y = x^3 - 3x^2 + 2$ nhận điểm nào dưới đây làm tâm đối xứng?</w:t>
      </w:r>
    </w:p>
    <w:p>
      <w:pPr>
        <w:pStyle w:val="ListParagraph"/>
      </w:pPr>
      <w:r>
        <w:rPr>
          <w:sz w:val="22"/>
        </w:rPr>
        <w:t>A. $I(0; 2)$</w:t>
      </w:r>
    </w:p>
    <w:p>
      <w:pPr>
        <w:pStyle w:val="ListParagraph"/>
      </w:pPr>
      <w:r>
        <w:rPr>
          <w:sz w:val="22"/>
        </w:rPr>
        <w:t>B. $I(2; -2)$</w:t>
      </w:r>
    </w:p>
    <w:p>
      <w:pPr>
        <w:pStyle w:val="ListParagraph"/>
      </w:pPr>
      <w:r>
        <w:rPr>
          <w:sz w:val="22"/>
        </w:rPr>
        <w:t>C. $I(1; 0)$</w:t>
      </w:r>
    </w:p>
    <w:p>
      <w:pPr>
        <w:pStyle w:val="ListParagraph"/>
      </w:pPr>
      <w:r>
        <w:rPr>
          <w:sz w:val="22"/>
        </w:rPr>
        <w:t>D. $I(1; 2)$</w:t>
      </w:r>
    </w:p>
    <w:p/>
    <w:p>
      <w:r>
        <w:rPr>
          <w:b/>
          <w:sz w:val="24"/>
        </w:rPr>
        <w:t>Câu 16: Một vật chuyển động theo quy luật $s(t) = -t^3 + 9t^2 + 21t$, trong đó $t$ (giây) là khoảng thời gian tính từ lúc vật bắt đầu chuyển động và $s$ (mét) là quãng đường vật đi được trong khoảng thời gian đó. Vận tốc lớn nhất của vật đạt được bằng</w:t>
      </w:r>
    </w:p>
    <w:p>
      <w:pPr>
        <w:pStyle w:val="ListParagraph"/>
      </w:pPr>
      <w:r>
        <w:rPr>
          <w:sz w:val="22"/>
        </w:rPr>
        <w:t>A. $48$ m/s</w:t>
      </w:r>
    </w:p>
    <w:p>
      <w:pPr>
        <w:pStyle w:val="ListParagraph"/>
      </w:pPr>
      <w:r>
        <w:rPr>
          <w:sz w:val="22"/>
        </w:rPr>
        <w:t>B. $21$ m/s</w:t>
      </w:r>
    </w:p>
    <w:p>
      <w:pPr>
        <w:pStyle w:val="ListParagraph"/>
      </w:pPr>
      <w:r>
        <w:rPr>
          <w:sz w:val="22"/>
        </w:rPr>
        <w:t>C. $27$ m/s</w:t>
      </w:r>
    </w:p>
    <w:p>
      <w:pPr>
        <w:pStyle w:val="ListParagraph"/>
      </w:pPr>
      <w:r>
        <w:rPr>
          <w:sz w:val="22"/>
        </w:rPr>
        <w:t>D. $30$ m/s</w:t>
      </w:r>
    </w:p>
    <w:p/>
    <w:p>
      <w:r>
        <w:rPr>
          <w:b/>
          <w:sz w:val="24"/>
        </w:rPr>
        <w:t>Câu 17: Từ một tấm bìa hình vuông có cạnh bằng $12$ cm, người ta cắt bỏ bốn góc bốn hình vuông bằng nhau có cạnh $x$ (cm), rồi gấp tấm bìa lại để được một cái hộp không nắp. Thể tích lớn nhất của chiếc hộp đó bằng</w:t>
      </w:r>
    </w:p>
    <w:p>
      <w:pPr>
        <w:pStyle w:val="ListParagraph"/>
      </w:pPr>
      <w:r>
        <w:rPr>
          <w:sz w:val="22"/>
        </w:rPr>
        <w:t>A. $128$ cm$^3$</w:t>
      </w:r>
    </w:p>
    <w:p>
      <w:pPr>
        <w:pStyle w:val="ListParagraph"/>
      </w:pPr>
      <w:r>
        <w:rPr>
          <w:sz w:val="22"/>
        </w:rPr>
        <w:t>B. $100$ cm$^3$</w:t>
      </w:r>
    </w:p>
    <w:p>
      <w:pPr>
        <w:pStyle w:val="ListParagraph"/>
      </w:pPr>
      <w:r>
        <w:rPr>
          <w:sz w:val="22"/>
        </w:rPr>
        <w:t>C. $144$ cm$^3$</w:t>
      </w:r>
    </w:p>
    <w:p>
      <w:pPr>
        <w:pStyle w:val="ListParagraph"/>
      </w:pPr>
      <w:r>
        <w:rPr>
          <w:sz w:val="22"/>
        </w:rPr>
        <w:t>D. $64$ cm$^3$</w:t>
      </w:r>
    </w:p>
    <w:p/>
    <w:p>
      <w:r>
        <w:rPr>
          <w:b/>
          <w:sz w:val="24"/>
        </w:rPr>
        <w:t>Câu 18: Cho hình chóp $S.ABC$ có $SA$ vuông góc với mặt phẳng $(ABC)$, $SA = a$ và tam giác $ABC$ đều cạnh $2a$. Thể tích của khối chóp $S.ABC$ bằng</w:t>
      </w:r>
    </w:p>
    <w:p>
      <w:pPr>
        <w:pStyle w:val="ListParagraph"/>
      </w:pPr>
      <w:r>
        <w:rPr>
          <w:sz w:val="22"/>
        </w:rPr>
        <w:t>A. $a^3\sqrt{3}$</w:t>
      </w:r>
    </w:p>
    <w:p>
      <w:pPr>
        <w:pStyle w:val="ListParagraph"/>
      </w:pPr>
      <w:r>
        <w:rPr>
          <w:sz w:val="22"/>
        </w:rPr>
        <w:t>B. $\dfrac{a^3\sqrt{3}}{3}$</w:t>
      </w:r>
    </w:p>
    <w:p>
      <w:pPr>
        <w:pStyle w:val="ListParagraph"/>
      </w:pPr>
      <w:r>
        <w:rPr>
          <w:sz w:val="22"/>
        </w:rPr>
        <w:t>C. $\dfrac{2a^3\sqrt{3}}{3}$</w:t>
      </w:r>
    </w:p>
    <w:p>
      <w:pPr>
        <w:pStyle w:val="ListParagraph"/>
      </w:pPr>
      <w:r>
        <w:rPr>
          <w:sz w:val="22"/>
        </w:rPr>
        <w:t>D. $\dfrac{a^3\sqrt{3}}{6}$</w:t>
      </w:r>
    </w:p>
    <w:p/>
    <w:p>
      <w:r>
        <w:rPr>
          <w:b/>
          <w:sz w:val="24"/>
        </w:rPr>
        <w:t>Câu 19: Cho hình chóp tứ giác đều $S.ABCD$ có cạnh đáy bằng $a$ và cạnh bên bằng $2a$. Thể tích của khối chóp $S.ABCD$ bằng</w:t>
      </w:r>
    </w:p>
    <w:p>
      <w:pPr>
        <w:pStyle w:val="ListParagraph"/>
      </w:pPr>
      <w:r>
        <w:rPr>
          <w:sz w:val="22"/>
        </w:rPr>
        <w:t>A. $\dfrac{a^3\sqrt{14}}{2}$</w:t>
      </w:r>
    </w:p>
    <w:p>
      <w:pPr>
        <w:pStyle w:val="ListParagraph"/>
      </w:pPr>
      <w:r>
        <w:rPr>
          <w:sz w:val="22"/>
        </w:rPr>
        <w:t>B. $\dfrac{a^3\sqrt{14}}{3}$</w:t>
      </w:r>
    </w:p>
    <w:p>
      <w:pPr>
        <w:pStyle w:val="ListParagraph"/>
      </w:pPr>
      <w:r>
        <w:rPr>
          <w:sz w:val="22"/>
        </w:rPr>
        <w:t>C. $\dfrac{a^3\sqrt{14}}{6}$</w:t>
      </w:r>
    </w:p>
    <w:p>
      <w:pPr>
        <w:pStyle w:val="ListParagraph"/>
      </w:pPr>
      <w:r>
        <w:rPr>
          <w:sz w:val="22"/>
        </w:rPr>
        <w:t>D. $\dfrac{a^3\sqrt{2}}{6}$</w:t>
      </w:r>
    </w:p>
    <w:p/>
    <w:p>
      <w:r>
        <w:rPr>
          <w:b/>
          <w:sz w:val="24"/>
        </w:rPr>
        <w:t>Câu 20: Cho hình chóp $S.ABC$ có $SA$ vuông góc với mặt phẳng $(ABC)$, tam giác $ABC$ vuông tại $B$ với $AB = a$, $BC = 2a$ và $SA = a\sqrt{3}$. Khoảng cách từ điểm $A$ đến mặt phẳng $(SBC)$ bằng</w:t>
      </w:r>
    </w:p>
    <w:p>
      <w:pPr>
        <w:pStyle w:val="ListParagraph"/>
      </w:pPr>
      <w:r>
        <w:rPr>
          <w:sz w:val="22"/>
        </w:rPr>
        <w:t>A. $\dfrac{a\sqrt{3}}{3}$</w:t>
      </w:r>
    </w:p>
    <w:p>
      <w:pPr>
        <w:pStyle w:val="ListParagraph"/>
      </w:pPr>
      <w:r>
        <w:rPr>
          <w:sz w:val="22"/>
        </w:rPr>
        <w:t>B. $\dfrac{a}{2}$</w:t>
      </w:r>
    </w:p>
    <w:p>
      <w:pPr>
        <w:pStyle w:val="ListParagraph"/>
      </w:pPr>
      <w:r>
        <w:rPr>
          <w:sz w:val="22"/>
        </w:rPr>
        <w:t>C. $a\sqrt{3}$</w:t>
      </w:r>
    </w:p>
    <w:p>
      <w:pPr>
        <w:pStyle w:val="ListParagraph"/>
      </w:pPr>
      <w:r>
        <w:rPr>
          <w:sz w:val="22"/>
        </w:rPr>
        <w:t>D. $\dfrac{a\sqrt{3}}{2}$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